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7C7F3" w14:textId="037C7C89" w:rsidR="0028164B" w:rsidRPr="00555462" w:rsidRDefault="00FA5B04">
      <w:pPr>
        <w:jc w:val="center"/>
        <w:rPr>
          <w:rFonts w:ascii="Calibri" w:hAnsi="Calibri" w:cs="Calibri"/>
          <w:b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 xml:space="preserve">DOMANDA DI PARTECIPAZIONE AGLI ESAMI INTEGRATIVI </w:t>
      </w:r>
    </w:p>
    <w:p w14:paraId="3EA8A56B" w14:textId="2E69B4BF" w:rsidR="00FA5B04" w:rsidRPr="00555462" w:rsidRDefault="00FA5B04">
      <w:pPr>
        <w:jc w:val="center"/>
        <w:rPr>
          <w:rFonts w:ascii="Calibri" w:hAnsi="Calibri" w:cs="Calibri"/>
          <w:b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 xml:space="preserve">E DICHIARAZIONE RELATIVA ALLA </w:t>
      </w:r>
      <w:r w:rsidR="0028164B" w:rsidRPr="00555462">
        <w:rPr>
          <w:rFonts w:ascii="Calibri" w:hAnsi="Calibri" w:cs="Calibri"/>
          <w:b/>
          <w:sz w:val="22"/>
          <w:lang w:val="it-IT"/>
        </w:rPr>
        <w:t>CARRIERA SCOLASTICA</w:t>
      </w:r>
    </w:p>
    <w:p w14:paraId="0DAFA800" w14:textId="4B3A01E0" w:rsidR="005E13C1" w:rsidRPr="00555462" w:rsidRDefault="005E13C1">
      <w:pPr>
        <w:jc w:val="center"/>
        <w:rPr>
          <w:rFonts w:ascii="Calibri" w:hAnsi="Calibri" w:cs="Calibri"/>
          <w:b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PER L’ISCRIZIONE ALL’A.S. 20</w:t>
      </w:r>
      <w:r w:rsidR="00C27F3D">
        <w:rPr>
          <w:rFonts w:ascii="Calibri" w:hAnsi="Calibri" w:cs="Calibri"/>
          <w:b/>
          <w:sz w:val="22"/>
          <w:lang w:val="it-IT"/>
        </w:rPr>
        <w:t>___</w:t>
      </w:r>
      <w:r w:rsidRPr="00555462">
        <w:rPr>
          <w:rFonts w:ascii="Calibri" w:hAnsi="Calibri" w:cs="Calibri"/>
          <w:b/>
          <w:sz w:val="22"/>
          <w:lang w:val="it-IT"/>
        </w:rPr>
        <w:t>/20</w:t>
      </w:r>
      <w:r w:rsidR="00C27F3D">
        <w:rPr>
          <w:rFonts w:ascii="Calibri" w:hAnsi="Calibri" w:cs="Calibri"/>
          <w:b/>
          <w:sz w:val="22"/>
          <w:lang w:val="it-IT"/>
        </w:rPr>
        <w:t>___</w:t>
      </w:r>
    </w:p>
    <w:p w14:paraId="0D7849BD" w14:textId="77777777" w:rsidR="00FA5B04" w:rsidRPr="00555462" w:rsidRDefault="00FA5B04">
      <w:pPr>
        <w:jc w:val="center"/>
        <w:rPr>
          <w:rFonts w:ascii="Calibri" w:hAnsi="Calibri" w:cs="Calibri"/>
          <w:b/>
          <w:sz w:val="22"/>
          <w:lang w:val="it-IT"/>
        </w:rPr>
      </w:pPr>
    </w:p>
    <w:p w14:paraId="33E6E15C" w14:textId="4D4AFEE4" w:rsidR="009A7C07" w:rsidRPr="00555462" w:rsidRDefault="00C96831">
      <w:pPr>
        <w:jc w:val="right"/>
        <w:rPr>
          <w:rFonts w:ascii="Calibri" w:hAnsi="Calibri" w:cs="Calibri"/>
          <w:color w:val="000000" w:themeColor="text1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>Al Dirigente scolastico</w:t>
      </w:r>
      <w:r w:rsidRPr="00555462">
        <w:rPr>
          <w:rFonts w:ascii="Calibri" w:hAnsi="Calibri" w:cs="Calibri"/>
          <w:sz w:val="22"/>
          <w:lang w:val="it-IT"/>
        </w:rPr>
        <w:br/>
      </w:r>
      <w:r w:rsidR="00C27F3D">
        <w:rPr>
          <w:rFonts w:ascii="Calibri" w:hAnsi="Calibri" w:cs="Calibri"/>
          <w:color w:val="000000" w:themeColor="text1"/>
          <w:sz w:val="22"/>
          <w:lang w:val="it-IT"/>
        </w:rPr>
        <w:t>dell’ISIS “Federico II” - Capua</w:t>
      </w:r>
    </w:p>
    <w:p w14:paraId="3B6051BA" w14:textId="77777777" w:rsidR="009A7C07" w:rsidRPr="00555462" w:rsidRDefault="00C96831" w:rsidP="00ED0D06">
      <w:pPr>
        <w:pStyle w:val="Titolo1"/>
        <w:spacing w:line="360" w:lineRule="auto"/>
        <w:rPr>
          <w:rFonts w:ascii="Calibri" w:hAnsi="Calibri" w:cs="Calibri"/>
          <w:color w:val="000000" w:themeColor="text1"/>
          <w:szCs w:val="22"/>
          <w:lang w:val="it-IT"/>
        </w:rPr>
      </w:pPr>
      <w:r w:rsidRPr="00555462">
        <w:rPr>
          <w:rFonts w:ascii="Calibri" w:hAnsi="Calibri" w:cs="Calibri"/>
          <w:color w:val="000000" w:themeColor="text1"/>
          <w:szCs w:val="22"/>
          <w:lang w:val="it-IT"/>
        </w:rPr>
        <w:t>1. DATI DEL RICHIEDENTE</w:t>
      </w:r>
    </w:p>
    <w:p w14:paraId="792C1519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Il/La sottoscritto/a (cognome e nome):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_____________________________________________________</w:t>
      </w:r>
    </w:p>
    <w:p w14:paraId="2B3259B1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nato/a a: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   prov. ______   il ____/____/________</w:t>
      </w:r>
    </w:p>
    <w:p w14:paraId="45A7ADA6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residente a: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   prov. ______</w:t>
      </w:r>
    </w:p>
    <w:p w14:paraId="4CBD84AF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via/piazza: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_________________________________________________   n. ______</w:t>
      </w:r>
    </w:p>
    <w:p w14:paraId="1D97FD13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codice fiscale: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   telefono __________________________</w:t>
      </w:r>
    </w:p>
    <w:p w14:paraId="6AD49106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e-mail: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_______________________________________________________</w:t>
      </w:r>
    </w:p>
    <w:p w14:paraId="77CC8C30" w14:textId="77777777" w:rsidR="009A7C07" w:rsidRPr="00555462" w:rsidRDefault="00C96831" w:rsidP="00ED0D06">
      <w:pPr>
        <w:spacing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 xml:space="preserve">in qualità di: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genitore/esercente la responsabilità genitoriale 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tutore 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candidato/a maggiorenne</w:t>
      </w:r>
    </w:p>
    <w:p w14:paraId="7D2AF4C3" w14:textId="77777777" w:rsidR="009A7C07" w:rsidRPr="00555462" w:rsidRDefault="00C96831" w:rsidP="00ED0D06">
      <w:pPr>
        <w:pStyle w:val="Titolo1"/>
        <w:spacing w:line="360" w:lineRule="auto"/>
        <w:rPr>
          <w:rFonts w:ascii="Calibri" w:hAnsi="Calibri" w:cs="Calibri"/>
          <w:color w:val="000000" w:themeColor="text1"/>
          <w:szCs w:val="22"/>
          <w:lang w:val="it-IT"/>
        </w:rPr>
      </w:pPr>
      <w:r w:rsidRPr="00555462">
        <w:rPr>
          <w:rFonts w:ascii="Calibri" w:hAnsi="Calibri" w:cs="Calibri"/>
          <w:color w:val="000000" w:themeColor="text1"/>
          <w:szCs w:val="22"/>
          <w:lang w:val="it-IT"/>
        </w:rPr>
        <w:t>2. DATI DELLO/A STUDENTE/SSA</w:t>
      </w:r>
    </w:p>
    <w:p w14:paraId="73FCC942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Cognome e nome: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__________________________________________________________</w:t>
      </w:r>
    </w:p>
    <w:p w14:paraId="43C1E2E3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nato/a a: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   prov. ______   il ____/____/________</w:t>
      </w:r>
    </w:p>
    <w:p w14:paraId="0029E653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codice fiscale: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   telefono __________________________</w:t>
      </w:r>
    </w:p>
    <w:p w14:paraId="6275B90B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e-mail: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_______________________________________________________</w:t>
      </w:r>
    </w:p>
    <w:p w14:paraId="5948D25B" w14:textId="77777777" w:rsidR="009A7C07" w:rsidRPr="002543EC" w:rsidRDefault="00C96831" w:rsidP="00ED0D06">
      <w:pPr>
        <w:pStyle w:val="Titolo1"/>
        <w:spacing w:line="360" w:lineRule="auto"/>
        <w:rPr>
          <w:rFonts w:ascii="Calibri" w:hAnsi="Calibri" w:cs="Calibri"/>
          <w:color w:val="000000" w:themeColor="text1"/>
          <w:szCs w:val="22"/>
          <w:lang w:val="it-IT"/>
        </w:rPr>
      </w:pPr>
      <w:r w:rsidRPr="002543EC">
        <w:rPr>
          <w:rFonts w:ascii="Calibri" w:hAnsi="Calibri" w:cs="Calibri"/>
          <w:color w:val="000000" w:themeColor="text1"/>
          <w:szCs w:val="22"/>
          <w:lang w:val="it-IT"/>
        </w:rPr>
        <w:t>3. RICHIESTA</w:t>
      </w:r>
    </w:p>
    <w:p w14:paraId="59EF185E" w14:textId="77777777" w:rsidR="007262DF" w:rsidRDefault="00C96831" w:rsidP="00ED0D06">
      <w:pPr>
        <w:spacing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 xml:space="preserve">CHIEDE </w:t>
      </w:r>
      <w:r w:rsidRPr="00555462">
        <w:rPr>
          <w:rFonts w:ascii="Calibri" w:hAnsi="Calibri" w:cs="Calibri"/>
          <w:sz w:val="22"/>
          <w:lang w:val="it-IT"/>
        </w:rPr>
        <w:t>che lo/a studente/</w:t>
      </w:r>
      <w:proofErr w:type="spellStart"/>
      <w:r w:rsidRPr="00555462">
        <w:rPr>
          <w:rFonts w:ascii="Calibri" w:hAnsi="Calibri" w:cs="Calibri"/>
          <w:sz w:val="22"/>
          <w:lang w:val="it-IT"/>
        </w:rPr>
        <w:t>ssa</w:t>
      </w:r>
      <w:proofErr w:type="spellEnd"/>
      <w:r w:rsidRPr="00555462">
        <w:rPr>
          <w:rFonts w:ascii="Calibri" w:hAnsi="Calibri" w:cs="Calibri"/>
          <w:sz w:val="22"/>
          <w:lang w:val="it-IT"/>
        </w:rPr>
        <w:t xml:space="preserve"> sia ammesso/a </w:t>
      </w:r>
      <w:proofErr w:type="spellStart"/>
      <w:r w:rsidRPr="00555462">
        <w:rPr>
          <w:rFonts w:ascii="Calibri" w:hAnsi="Calibri" w:cs="Calibri"/>
          <w:sz w:val="22"/>
          <w:lang w:val="it-IT"/>
        </w:rPr>
        <w:t>a</w:t>
      </w:r>
      <w:proofErr w:type="spellEnd"/>
      <w:r w:rsidRPr="00555462">
        <w:rPr>
          <w:rFonts w:ascii="Calibri" w:hAnsi="Calibri" w:cs="Calibri"/>
          <w:sz w:val="22"/>
          <w:lang w:val="it-IT"/>
        </w:rPr>
        <w:t xml:space="preserve"> sostenere gli esami integrativi per l’iscrizione </w:t>
      </w:r>
      <w:proofErr w:type="spellStart"/>
      <w:r w:rsidRPr="00555462">
        <w:rPr>
          <w:rFonts w:ascii="Calibri" w:hAnsi="Calibri" w:cs="Calibri"/>
          <w:sz w:val="22"/>
          <w:lang w:val="it-IT"/>
        </w:rPr>
        <w:t>all’a.s.</w:t>
      </w:r>
      <w:proofErr w:type="spellEnd"/>
      <w:r w:rsidR="007262DF">
        <w:rPr>
          <w:rFonts w:ascii="Calibri" w:hAnsi="Calibri" w:cs="Calibri"/>
          <w:sz w:val="22"/>
          <w:lang w:val="it-IT"/>
        </w:rPr>
        <w:t xml:space="preserve"> </w:t>
      </w:r>
    </w:p>
    <w:p w14:paraId="59BAE2D8" w14:textId="01C0B5F6" w:rsidR="009A7C07" w:rsidRPr="00555462" w:rsidRDefault="00C96831" w:rsidP="00ED0D06">
      <w:pPr>
        <w:spacing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 xml:space="preserve"> 20</w:t>
      </w:r>
      <w:r w:rsidR="007262DF">
        <w:rPr>
          <w:rFonts w:ascii="Calibri" w:hAnsi="Calibri" w:cs="Calibri"/>
          <w:sz w:val="22"/>
          <w:lang w:val="it-IT"/>
        </w:rPr>
        <w:t xml:space="preserve"> </w:t>
      </w:r>
      <w:r w:rsidR="00C27F3D">
        <w:rPr>
          <w:rFonts w:ascii="Calibri" w:hAnsi="Calibri" w:cs="Calibri"/>
          <w:sz w:val="22"/>
          <w:lang w:val="it-IT"/>
        </w:rPr>
        <w:t>___</w:t>
      </w:r>
      <w:r w:rsidR="007262DF">
        <w:rPr>
          <w:rFonts w:ascii="Calibri" w:hAnsi="Calibri" w:cs="Calibri"/>
          <w:sz w:val="22"/>
          <w:lang w:val="it-IT"/>
        </w:rPr>
        <w:t xml:space="preserve"> </w:t>
      </w:r>
      <w:r w:rsidRPr="00555462">
        <w:rPr>
          <w:rFonts w:ascii="Calibri" w:hAnsi="Calibri" w:cs="Calibri"/>
          <w:sz w:val="22"/>
          <w:lang w:val="it-IT"/>
        </w:rPr>
        <w:t>/20</w:t>
      </w:r>
      <w:r w:rsidR="007262DF">
        <w:rPr>
          <w:rFonts w:ascii="Calibri" w:hAnsi="Calibri" w:cs="Calibri"/>
          <w:sz w:val="22"/>
          <w:lang w:val="it-IT"/>
        </w:rPr>
        <w:t xml:space="preserve"> </w:t>
      </w:r>
      <w:r w:rsidR="00C27F3D">
        <w:rPr>
          <w:rFonts w:ascii="Calibri" w:hAnsi="Calibri" w:cs="Calibri"/>
          <w:sz w:val="22"/>
          <w:lang w:val="it-IT"/>
        </w:rPr>
        <w:t>___</w:t>
      </w:r>
      <w:r w:rsidRPr="00555462">
        <w:rPr>
          <w:rFonts w:ascii="Calibri" w:hAnsi="Calibri" w:cs="Calibri"/>
          <w:sz w:val="22"/>
          <w:lang w:val="it-IT"/>
        </w:rPr>
        <w:t xml:space="preserve"> alla seguente classe e indirizzo:</w:t>
      </w:r>
    </w:p>
    <w:p w14:paraId="719D66FC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Classe richiesta:</w:t>
      </w:r>
      <w:r w:rsidRPr="00555462">
        <w:rPr>
          <w:rFonts w:ascii="Calibri" w:hAnsi="Calibri" w:cs="Calibri"/>
          <w:sz w:val="22"/>
          <w:lang w:val="it-IT"/>
        </w:rPr>
        <w:t xml:space="preserve"> ____________________   Indirizzo/articolazione/opzione ______________________________________________</w:t>
      </w:r>
    </w:p>
    <w:p w14:paraId="3E84CEAD" w14:textId="313CBA38" w:rsidR="009A7C07" w:rsidRPr="00555462" w:rsidRDefault="00C96831" w:rsidP="00ED0D06">
      <w:pPr>
        <w:pStyle w:val="Titolo1"/>
        <w:spacing w:line="360" w:lineRule="auto"/>
        <w:rPr>
          <w:rFonts w:ascii="Calibri" w:hAnsi="Calibri" w:cs="Calibri"/>
          <w:color w:val="000000" w:themeColor="text1"/>
          <w:szCs w:val="22"/>
          <w:lang w:val="it-IT"/>
        </w:rPr>
      </w:pPr>
      <w:r w:rsidRPr="00555462">
        <w:rPr>
          <w:rFonts w:ascii="Calibri" w:hAnsi="Calibri" w:cs="Calibri"/>
          <w:color w:val="000000" w:themeColor="text1"/>
          <w:szCs w:val="22"/>
          <w:lang w:val="it-IT"/>
        </w:rPr>
        <w:t>4. SCUOLA DI PROVENIENZA E SITUAZIONE A.S. 20</w:t>
      </w:r>
      <w:r w:rsidR="007262DF">
        <w:rPr>
          <w:rFonts w:ascii="Calibri" w:hAnsi="Calibri" w:cs="Calibri"/>
          <w:color w:val="000000" w:themeColor="text1"/>
          <w:szCs w:val="22"/>
          <w:lang w:val="it-IT"/>
        </w:rPr>
        <w:t xml:space="preserve"> </w:t>
      </w:r>
      <w:r w:rsidR="00C27F3D">
        <w:rPr>
          <w:rFonts w:ascii="Calibri" w:hAnsi="Calibri" w:cs="Calibri"/>
          <w:color w:val="000000" w:themeColor="text1"/>
          <w:szCs w:val="22"/>
          <w:lang w:val="it-IT"/>
        </w:rPr>
        <w:t>___</w:t>
      </w:r>
      <w:r w:rsidR="007262DF">
        <w:rPr>
          <w:rFonts w:ascii="Calibri" w:hAnsi="Calibri" w:cs="Calibri"/>
          <w:color w:val="000000" w:themeColor="text1"/>
          <w:szCs w:val="22"/>
          <w:lang w:val="it-IT"/>
        </w:rPr>
        <w:t xml:space="preserve"> </w:t>
      </w:r>
      <w:r w:rsidRPr="00555462">
        <w:rPr>
          <w:rFonts w:ascii="Calibri" w:hAnsi="Calibri" w:cs="Calibri"/>
          <w:color w:val="000000" w:themeColor="text1"/>
          <w:szCs w:val="22"/>
          <w:lang w:val="it-IT"/>
        </w:rPr>
        <w:t>/</w:t>
      </w:r>
      <w:r w:rsidR="007262DF">
        <w:rPr>
          <w:rFonts w:ascii="Calibri" w:hAnsi="Calibri" w:cs="Calibri"/>
          <w:color w:val="000000" w:themeColor="text1"/>
          <w:szCs w:val="22"/>
          <w:lang w:val="it-IT"/>
        </w:rPr>
        <w:t xml:space="preserve"> </w:t>
      </w:r>
      <w:r w:rsidRPr="00555462">
        <w:rPr>
          <w:rFonts w:ascii="Calibri" w:hAnsi="Calibri" w:cs="Calibri"/>
          <w:color w:val="000000" w:themeColor="text1"/>
          <w:szCs w:val="22"/>
          <w:lang w:val="it-IT"/>
        </w:rPr>
        <w:t>20</w:t>
      </w:r>
      <w:r w:rsidR="007262DF">
        <w:rPr>
          <w:rFonts w:ascii="Calibri" w:hAnsi="Calibri" w:cs="Calibri"/>
          <w:color w:val="000000" w:themeColor="text1"/>
          <w:szCs w:val="22"/>
          <w:lang w:val="it-IT"/>
        </w:rPr>
        <w:t xml:space="preserve"> </w:t>
      </w:r>
      <w:r w:rsidR="00C27F3D">
        <w:rPr>
          <w:rFonts w:ascii="Calibri" w:hAnsi="Calibri" w:cs="Calibri"/>
          <w:color w:val="000000" w:themeColor="text1"/>
          <w:szCs w:val="22"/>
          <w:lang w:val="it-IT"/>
        </w:rPr>
        <w:t>___</w:t>
      </w:r>
    </w:p>
    <w:p w14:paraId="07F9A9E1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Istituto frequentato: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_____________________________________________________</w:t>
      </w:r>
    </w:p>
    <w:p w14:paraId="0FF6C6DA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Comune: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_________________________________   prov. ______   Classe ______</w:t>
      </w:r>
    </w:p>
    <w:p w14:paraId="09374FD2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Indirizzo/articolazione/opzione: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__________________________________________</w:t>
      </w:r>
    </w:p>
    <w:p w14:paraId="19F2A341" w14:textId="77777777" w:rsidR="00B463BE" w:rsidRDefault="00C96831" w:rsidP="00ED0D06">
      <w:pPr>
        <w:spacing w:line="360" w:lineRule="auto"/>
        <w:rPr>
          <w:rFonts w:ascii="Calibri" w:hAnsi="Calibri" w:cs="Calibri"/>
          <w:b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Esito dello scrutinio:</w:t>
      </w:r>
    </w:p>
    <w:p w14:paraId="29FDEEBA" w14:textId="5596EC43" w:rsidR="009A7C07" w:rsidRPr="00555462" w:rsidRDefault="00C96831" w:rsidP="00ED0D06">
      <w:pPr>
        <w:spacing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 xml:space="preserve">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ammesso/a alla classe successiva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sospensione del giudizio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in attesa dell’esito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non ammesso/a</w:t>
      </w:r>
    </w:p>
    <w:p w14:paraId="0DBC1B55" w14:textId="77777777" w:rsidR="009A7C07" w:rsidRPr="00555462" w:rsidRDefault="00C96831" w:rsidP="00ED0D06">
      <w:pPr>
        <w:spacing w:after="4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In caso di sospensione, discipline interessate: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___________________________________________</w:t>
      </w:r>
    </w:p>
    <w:p w14:paraId="0471437B" w14:textId="77777777" w:rsidR="009A7C07" w:rsidRPr="00555462" w:rsidRDefault="00C96831" w:rsidP="00ED0D06">
      <w:pPr>
        <w:spacing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 xml:space="preserve">Nulla osta: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allegato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sarà trasmesso appena disponibile</w:t>
      </w:r>
    </w:p>
    <w:p w14:paraId="0836709F" w14:textId="77777777" w:rsidR="009A7C07" w:rsidRPr="00555462" w:rsidRDefault="00C96831" w:rsidP="00ED0D06">
      <w:pPr>
        <w:pStyle w:val="Titolo1"/>
        <w:spacing w:line="360" w:lineRule="auto"/>
        <w:rPr>
          <w:rFonts w:ascii="Calibri" w:hAnsi="Calibri" w:cs="Calibri"/>
          <w:color w:val="000000" w:themeColor="text1"/>
          <w:szCs w:val="22"/>
          <w:lang w:val="it-IT"/>
        </w:rPr>
      </w:pPr>
      <w:r w:rsidRPr="00555462">
        <w:rPr>
          <w:rFonts w:ascii="Calibri" w:hAnsi="Calibri" w:cs="Calibri"/>
          <w:color w:val="000000" w:themeColor="text1"/>
          <w:szCs w:val="22"/>
          <w:lang w:val="it-IT"/>
        </w:rPr>
        <w:lastRenderedPageBreak/>
        <w:t>5. CARRIERA SCOLASTICA</w:t>
      </w:r>
    </w:p>
    <w:p w14:paraId="2B8B3A50" w14:textId="77777777" w:rsidR="009A7C07" w:rsidRPr="00555462" w:rsidRDefault="00C96831" w:rsidP="00ED0D06">
      <w:pPr>
        <w:spacing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i/>
          <w:sz w:val="22"/>
          <w:lang w:val="it-IT"/>
        </w:rPr>
        <w:t>Indicare gli anni della scuola secondaria di secondo grado già frequentati.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00"/>
        <w:gridCol w:w="782"/>
        <w:gridCol w:w="2606"/>
        <w:gridCol w:w="3005"/>
        <w:gridCol w:w="1701"/>
      </w:tblGrid>
      <w:tr w:rsidR="009A7C07" w:rsidRPr="00555462" w14:paraId="0E50C39D" w14:textId="77777777" w:rsidTr="001944F7">
        <w:trPr>
          <w:jc w:val="center"/>
        </w:trPr>
        <w:tc>
          <w:tcPr>
            <w:tcW w:w="1700" w:type="dxa"/>
            <w:shd w:val="clear" w:color="auto" w:fill="D9D9D9" w:themeFill="background1" w:themeFillShade="D9"/>
            <w:vAlign w:val="center"/>
          </w:tcPr>
          <w:p w14:paraId="1748CB88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b/>
                <w:sz w:val="22"/>
              </w:rPr>
              <w:t xml:space="preserve">Anno </w:t>
            </w:r>
            <w:proofErr w:type="spellStart"/>
            <w:r w:rsidRPr="00555462">
              <w:rPr>
                <w:rFonts w:ascii="Calibri" w:hAnsi="Calibri" w:cs="Calibri"/>
                <w:b/>
                <w:sz w:val="22"/>
              </w:rPr>
              <w:t>scolastico</w:t>
            </w:r>
            <w:proofErr w:type="spellEnd"/>
          </w:p>
        </w:tc>
        <w:tc>
          <w:tcPr>
            <w:tcW w:w="739" w:type="dxa"/>
            <w:shd w:val="clear" w:color="auto" w:fill="D9D9D9" w:themeFill="background1" w:themeFillShade="D9"/>
            <w:vAlign w:val="center"/>
          </w:tcPr>
          <w:p w14:paraId="5EB4EA49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b/>
                <w:sz w:val="22"/>
              </w:rPr>
              <w:t>Classe</w:t>
            </w:r>
          </w:p>
        </w:tc>
        <w:tc>
          <w:tcPr>
            <w:tcW w:w="2606" w:type="dxa"/>
            <w:shd w:val="clear" w:color="auto" w:fill="D9D9D9" w:themeFill="background1" w:themeFillShade="D9"/>
            <w:vAlign w:val="center"/>
          </w:tcPr>
          <w:p w14:paraId="5D8CD01A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b/>
                <w:sz w:val="22"/>
              </w:rPr>
              <w:t>Istituto</w:t>
            </w:r>
          </w:p>
        </w:tc>
        <w:tc>
          <w:tcPr>
            <w:tcW w:w="3005" w:type="dxa"/>
            <w:shd w:val="clear" w:color="auto" w:fill="D9D9D9" w:themeFill="background1" w:themeFillShade="D9"/>
            <w:vAlign w:val="center"/>
          </w:tcPr>
          <w:p w14:paraId="7E1870A0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b/>
                <w:sz w:val="22"/>
              </w:rPr>
              <w:t>Indirizzo/articolazione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AA59BA5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b/>
                <w:sz w:val="22"/>
              </w:rPr>
              <w:t>Esito finale</w:t>
            </w:r>
          </w:p>
        </w:tc>
      </w:tr>
      <w:tr w:rsidR="009A7C07" w:rsidRPr="00555462" w14:paraId="7A2B6D85" w14:textId="77777777" w:rsidTr="001944F7">
        <w:trPr>
          <w:jc w:val="center"/>
        </w:trPr>
        <w:tc>
          <w:tcPr>
            <w:tcW w:w="1700" w:type="dxa"/>
            <w:vAlign w:val="center"/>
          </w:tcPr>
          <w:p w14:paraId="4B6D1A21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739" w:type="dxa"/>
            <w:vAlign w:val="center"/>
          </w:tcPr>
          <w:p w14:paraId="33903164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2606" w:type="dxa"/>
            <w:vAlign w:val="center"/>
          </w:tcPr>
          <w:p w14:paraId="3DC39528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3005" w:type="dxa"/>
            <w:vAlign w:val="center"/>
          </w:tcPr>
          <w:p w14:paraId="133DF27B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1701" w:type="dxa"/>
            <w:vAlign w:val="center"/>
          </w:tcPr>
          <w:p w14:paraId="4A8C0F15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</w:tr>
      <w:tr w:rsidR="009A7C07" w:rsidRPr="00555462" w14:paraId="475D7C0C" w14:textId="77777777" w:rsidTr="001944F7">
        <w:trPr>
          <w:jc w:val="center"/>
        </w:trPr>
        <w:tc>
          <w:tcPr>
            <w:tcW w:w="1700" w:type="dxa"/>
            <w:vAlign w:val="center"/>
          </w:tcPr>
          <w:p w14:paraId="6F157FCC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739" w:type="dxa"/>
            <w:vAlign w:val="center"/>
          </w:tcPr>
          <w:p w14:paraId="26D4B850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2606" w:type="dxa"/>
            <w:vAlign w:val="center"/>
          </w:tcPr>
          <w:p w14:paraId="49AF8AA3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3005" w:type="dxa"/>
            <w:vAlign w:val="center"/>
          </w:tcPr>
          <w:p w14:paraId="6E66642E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1701" w:type="dxa"/>
            <w:vAlign w:val="center"/>
          </w:tcPr>
          <w:p w14:paraId="691E3829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</w:tr>
      <w:tr w:rsidR="009A7C07" w:rsidRPr="00555462" w14:paraId="48730D86" w14:textId="77777777" w:rsidTr="001944F7">
        <w:trPr>
          <w:jc w:val="center"/>
        </w:trPr>
        <w:tc>
          <w:tcPr>
            <w:tcW w:w="1700" w:type="dxa"/>
            <w:vAlign w:val="center"/>
          </w:tcPr>
          <w:p w14:paraId="686CBB90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739" w:type="dxa"/>
            <w:vAlign w:val="center"/>
          </w:tcPr>
          <w:p w14:paraId="2E647009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2606" w:type="dxa"/>
            <w:vAlign w:val="center"/>
          </w:tcPr>
          <w:p w14:paraId="5E2AD240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3005" w:type="dxa"/>
            <w:vAlign w:val="center"/>
          </w:tcPr>
          <w:p w14:paraId="2BD0B7F2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1701" w:type="dxa"/>
            <w:vAlign w:val="center"/>
          </w:tcPr>
          <w:p w14:paraId="012D7877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</w:tr>
      <w:tr w:rsidR="009A7C07" w:rsidRPr="00555462" w14:paraId="4D23231C" w14:textId="77777777" w:rsidTr="001944F7">
        <w:trPr>
          <w:jc w:val="center"/>
        </w:trPr>
        <w:tc>
          <w:tcPr>
            <w:tcW w:w="1700" w:type="dxa"/>
            <w:vAlign w:val="center"/>
          </w:tcPr>
          <w:p w14:paraId="00DAB28A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739" w:type="dxa"/>
            <w:vAlign w:val="center"/>
          </w:tcPr>
          <w:p w14:paraId="61000371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2606" w:type="dxa"/>
            <w:vAlign w:val="center"/>
          </w:tcPr>
          <w:p w14:paraId="5890DF71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3005" w:type="dxa"/>
            <w:vAlign w:val="center"/>
          </w:tcPr>
          <w:p w14:paraId="48D8CBBD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  <w:tc>
          <w:tcPr>
            <w:tcW w:w="1701" w:type="dxa"/>
            <w:vAlign w:val="center"/>
          </w:tcPr>
          <w:p w14:paraId="400CFBC2" w14:textId="77777777" w:rsidR="009A7C07" w:rsidRPr="00555462" w:rsidRDefault="00C96831">
            <w:pPr>
              <w:spacing w:after="0"/>
              <w:rPr>
                <w:rFonts w:ascii="Calibri" w:hAnsi="Calibri" w:cs="Calibri"/>
                <w:sz w:val="22"/>
              </w:rPr>
            </w:pPr>
            <w:r w:rsidRPr="00555462">
              <w:rPr>
                <w:rFonts w:ascii="Calibri" w:hAnsi="Calibri" w:cs="Calibri"/>
                <w:sz w:val="22"/>
              </w:rPr>
              <w:br/>
            </w:r>
          </w:p>
        </w:tc>
      </w:tr>
    </w:tbl>
    <w:p w14:paraId="5806B6A6" w14:textId="77777777" w:rsidR="009A7C07" w:rsidRPr="00555462" w:rsidRDefault="00C96831" w:rsidP="00ED0D06">
      <w:pPr>
        <w:spacing w:before="80"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Eventuali ripetenze, interruzioni, precedenti passaggi o frequenza di scuole straniere:</w:t>
      </w:r>
    </w:p>
    <w:p w14:paraId="1499D11A" w14:textId="77777777" w:rsidR="009A7C07" w:rsidRPr="00555462" w:rsidRDefault="00C96831" w:rsidP="00ED0D06">
      <w:pPr>
        <w:spacing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>______________________________________________________________________________________</w:t>
      </w:r>
    </w:p>
    <w:p w14:paraId="6BF7A144" w14:textId="77777777" w:rsidR="009A7C07" w:rsidRPr="00555462" w:rsidRDefault="00C96831" w:rsidP="00ED0D06">
      <w:pPr>
        <w:spacing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>______________________________________________________________________________________</w:t>
      </w:r>
    </w:p>
    <w:p w14:paraId="15F2B135" w14:textId="77777777" w:rsidR="009A7C07" w:rsidRPr="00555462" w:rsidRDefault="00C96831" w:rsidP="00ED0D06">
      <w:pPr>
        <w:pStyle w:val="Titolo1"/>
        <w:spacing w:line="360" w:lineRule="auto"/>
        <w:rPr>
          <w:rFonts w:ascii="Calibri" w:hAnsi="Calibri" w:cs="Calibri"/>
          <w:color w:val="000000" w:themeColor="text1"/>
          <w:szCs w:val="22"/>
          <w:lang w:val="it-IT"/>
        </w:rPr>
      </w:pPr>
      <w:r w:rsidRPr="00555462">
        <w:rPr>
          <w:rFonts w:ascii="Calibri" w:hAnsi="Calibri" w:cs="Calibri"/>
          <w:color w:val="000000" w:themeColor="text1"/>
          <w:szCs w:val="22"/>
          <w:lang w:val="it-IT"/>
        </w:rPr>
        <w:t>6. DOCUMENTAZIONE PERSONALE RILEVANTE</w:t>
      </w:r>
    </w:p>
    <w:p w14:paraId="078A0964" w14:textId="77777777" w:rsidR="00B463BE" w:rsidRDefault="00C96831" w:rsidP="00ED0D06">
      <w:pPr>
        <w:spacing w:line="360" w:lineRule="auto"/>
        <w:rPr>
          <w:rFonts w:ascii="Calibri" w:hAnsi="Calibri" w:cs="Calibri"/>
          <w:b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Lo/a studente/</w:t>
      </w:r>
      <w:proofErr w:type="spellStart"/>
      <w:r w:rsidRPr="00555462">
        <w:rPr>
          <w:rFonts w:ascii="Calibri" w:hAnsi="Calibri" w:cs="Calibri"/>
          <w:b/>
          <w:sz w:val="22"/>
          <w:lang w:val="it-IT"/>
        </w:rPr>
        <w:t>ssa</w:t>
      </w:r>
      <w:proofErr w:type="spellEnd"/>
      <w:r w:rsidRPr="00555462">
        <w:rPr>
          <w:rFonts w:ascii="Calibri" w:hAnsi="Calibri" w:cs="Calibri"/>
          <w:b/>
          <w:sz w:val="22"/>
          <w:lang w:val="it-IT"/>
        </w:rPr>
        <w:t xml:space="preserve">: </w:t>
      </w:r>
    </w:p>
    <w:p w14:paraId="1A84E957" w14:textId="6414A851" w:rsidR="009A7C07" w:rsidRPr="00555462" w:rsidRDefault="00C96831" w:rsidP="00ED0D06">
      <w:pPr>
        <w:spacing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non presenta certificazioni da segnalare</w:t>
      </w:r>
    </w:p>
    <w:p w14:paraId="77F87316" w14:textId="77777777" w:rsidR="009A7C07" w:rsidRPr="00555462" w:rsidRDefault="00C96831" w:rsidP="00ED0D06">
      <w:pPr>
        <w:spacing w:after="20" w:line="360" w:lineRule="auto"/>
        <w:ind w:left="113" w:hanging="113"/>
        <w:rPr>
          <w:rFonts w:ascii="Calibri" w:hAnsi="Calibri" w:cs="Calibri"/>
          <w:sz w:val="22"/>
          <w:lang w:val="it-IT"/>
        </w:rPr>
      </w:pP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è in possesso di certificazione di disabilità, DSA o altra documentazione rilevante ai fini delle prove;</w:t>
      </w:r>
    </w:p>
    <w:p w14:paraId="116413F2" w14:textId="77777777" w:rsidR="009A7C07" w:rsidRPr="00555462" w:rsidRDefault="00C96831" w:rsidP="00ED0D06">
      <w:pPr>
        <w:spacing w:after="20" w:line="360" w:lineRule="auto"/>
        <w:ind w:left="113" w:hanging="113"/>
        <w:rPr>
          <w:rFonts w:ascii="Calibri" w:hAnsi="Calibri" w:cs="Calibri"/>
          <w:sz w:val="22"/>
          <w:lang w:val="it-IT"/>
        </w:rPr>
      </w:pP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ha usufruito di PEI o PDP.</w:t>
      </w:r>
    </w:p>
    <w:p w14:paraId="475DF59E" w14:textId="77777777" w:rsidR="009A7C07" w:rsidRPr="00555462" w:rsidRDefault="00C96831" w:rsidP="00ED0D06">
      <w:pPr>
        <w:spacing w:line="360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 xml:space="preserve">La documentazione: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è allegata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sarà trasmessa entro il termine comunicato dall’Istituto</w:t>
      </w:r>
    </w:p>
    <w:p w14:paraId="7AA48BE8" w14:textId="77777777" w:rsidR="009A7C07" w:rsidRPr="00555462" w:rsidRDefault="00C96831" w:rsidP="00ED0D06">
      <w:pPr>
        <w:pStyle w:val="Titolo1"/>
        <w:spacing w:line="360" w:lineRule="auto"/>
        <w:rPr>
          <w:rFonts w:ascii="Calibri" w:hAnsi="Calibri" w:cs="Calibri"/>
          <w:color w:val="000000" w:themeColor="text1"/>
          <w:szCs w:val="22"/>
          <w:lang w:val="it-IT"/>
        </w:rPr>
      </w:pPr>
      <w:r w:rsidRPr="00555462">
        <w:rPr>
          <w:rFonts w:ascii="Calibri" w:hAnsi="Calibri" w:cs="Calibri"/>
          <w:color w:val="000000" w:themeColor="text1"/>
          <w:szCs w:val="22"/>
          <w:lang w:val="it-IT"/>
        </w:rPr>
        <w:t>7. DOCUMENTAZIONE ALLEGATA</w:t>
      </w:r>
    </w:p>
    <w:p w14:paraId="1598377F" w14:textId="77777777" w:rsidR="009A7C07" w:rsidRPr="00555462" w:rsidRDefault="00C96831" w:rsidP="00ED0D06">
      <w:pPr>
        <w:spacing w:after="20" w:line="360" w:lineRule="auto"/>
        <w:ind w:left="113" w:hanging="113"/>
        <w:rPr>
          <w:rFonts w:ascii="Calibri" w:hAnsi="Calibri" w:cs="Calibri"/>
          <w:sz w:val="22"/>
          <w:lang w:val="it-IT"/>
        </w:rPr>
      </w:pP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documento di identità e codice fiscale del candidato;</w:t>
      </w:r>
    </w:p>
    <w:p w14:paraId="0B95D27D" w14:textId="77777777" w:rsidR="009A7C07" w:rsidRPr="00555462" w:rsidRDefault="00C96831" w:rsidP="00ED0D06">
      <w:pPr>
        <w:spacing w:after="20" w:line="360" w:lineRule="auto"/>
        <w:ind w:left="113" w:hanging="113"/>
        <w:rPr>
          <w:rFonts w:ascii="Calibri" w:hAnsi="Calibri" w:cs="Calibri"/>
          <w:sz w:val="22"/>
          <w:lang w:val="it-IT"/>
        </w:rPr>
      </w:pP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documento di identità del genitore/tutore, se il candidato è minorenne;</w:t>
      </w:r>
    </w:p>
    <w:p w14:paraId="0DB8C69A" w14:textId="77777777" w:rsidR="009A7C07" w:rsidRPr="00555462" w:rsidRDefault="00C96831" w:rsidP="00ED0D06">
      <w:pPr>
        <w:spacing w:after="20" w:line="360" w:lineRule="auto"/>
        <w:ind w:left="113" w:hanging="113"/>
        <w:rPr>
          <w:rFonts w:ascii="Calibri" w:hAnsi="Calibri" w:cs="Calibri"/>
          <w:sz w:val="22"/>
          <w:lang w:val="it-IT"/>
        </w:rPr>
      </w:pP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pagelle, certificazioni scolastiche ed esito dello scrutinio finale;</w:t>
      </w:r>
    </w:p>
    <w:p w14:paraId="31100019" w14:textId="77777777" w:rsidR="009A7C07" w:rsidRPr="00555462" w:rsidRDefault="00C96831" w:rsidP="00ED0D06">
      <w:pPr>
        <w:spacing w:after="20" w:line="360" w:lineRule="auto"/>
        <w:ind w:left="113" w:hanging="113"/>
        <w:rPr>
          <w:rFonts w:ascii="Calibri" w:hAnsi="Calibri" w:cs="Calibri"/>
          <w:sz w:val="22"/>
          <w:lang w:val="it-IT"/>
        </w:rPr>
      </w:pP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nulla osta della scuola di provenienza, se disponibile;</w:t>
      </w:r>
    </w:p>
    <w:p w14:paraId="4DE08524" w14:textId="77777777" w:rsidR="009A7C07" w:rsidRPr="00555462" w:rsidRDefault="00C96831" w:rsidP="00ED0D06">
      <w:pPr>
        <w:spacing w:after="20" w:line="360" w:lineRule="auto"/>
        <w:ind w:left="113" w:hanging="113"/>
        <w:rPr>
          <w:rFonts w:ascii="Calibri" w:hAnsi="Calibri" w:cs="Calibri"/>
          <w:sz w:val="22"/>
          <w:lang w:val="it-IT"/>
        </w:rPr>
      </w:pP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eventuale documentazione relativa a disabilità, DSA o altri bisogni educativi;</w:t>
      </w:r>
    </w:p>
    <w:p w14:paraId="3960898D" w14:textId="77777777" w:rsidR="009A7C07" w:rsidRPr="00555462" w:rsidRDefault="00C96831" w:rsidP="00ED0D06">
      <w:pPr>
        <w:spacing w:after="20" w:line="360" w:lineRule="auto"/>
        <w:ind w:left="113" w:hanging="113"/>
        <w:rPr>
          <w:rFonts w:ascii="Calibri" w:hAnsi="Calibri" w:cs="Calibri"/>
          <w:sz w:val="22"/>
          <w:lang w:val="it-IT"/>
        </w:rPr>
      </w:pP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per studenti provenienti da scuole straniere, documentazione scolastica con traduzione in italiano;</w:t>
      </w:r>
    </w:p>
    <w:p w14:paraId="4789A709" w14:textId="77777777" w:rsidR="009A7C07" w:rsidRPr="00555462" w:rsidRDefault="00C96831" w:rsidP="00ED0D06">
      <w:pPr>
        <w:spacing w:after="20" w:line="360" w:lineRule="auto"/>
        <w:ind w:left="113" w:hanging="113"/>
        <w:rPr>
          <w:rFonts w:ascii="Calibri" w:hAnsi="Calibri" w:cs="Calibri"/>
          <w:sz w:val="22"/>
          <w:lang w:val="it-IT"/>
        </w:rPr>
      </w:pP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altra documentazione utile: _________________________________________________</w:t>
      </w:r>
    </w:p>
    <w:p w14:paraId="06D9E2AF" w14:textId="77777777" w:rsidR="009A7C07" w:rsidRPr="00555462" w:rsidRDefault="00C96831" w:rsidP="00ED0D06">
      <w:pPr>
        <w:pStyle w:val="Titolo1"/>
        <w:spacing w:line="360" w:lineRule="auto"/>
        <w:rPr>
          <w:rFonts w:ascii="Calibri" w:hAnsi="Calibri" w:cs="Calibri"/>
          <w:color w:val="000000" w:themeColor="text1"/>
          <w:szCs w:val="22"/>
          <w:lang w:val="it-IT"/>
        </w:rPr>
      </w:pPr>
      <w:r w:rsidRPr="00555462">
        <w:rPr>
          <w:rFonts w:ascii="Calibri" w:hAnsi="Calibri" w:cs="Calibri"/>
          <w:color w:val="000000" w:themeColor="text1"/>
          <w:szCs w:val="22"/>
          <w:lang w:val="it-IT"/>
        </w:rPr>
        <w:t>8. DICHIARAZIONI E PRESA D’ATTO</w:t>
      </w:r>
    </w:p>
    <w:p w14:paraId="6FDA01F4" w14:textId="77777777" w:rsidR="009A7C07" w:rsidRPr="00555462" w:rsidRDefault="00C96831" w:rsidP="001315BB">
      <w:pPr>
        <w:spacing w:after="0" w:line="360" w:lineRule="auto"/>
        <w:jc w:val="both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 xml:space="preserve">Il/La sottoscritto/a, </w:t>
      </w:r>
      <w:r w:rsidRPr="00555462">
        <w:rPr>
          <w:rFonts w:ascii="Calibri" w:hAnsi="Calibri" w:cs="Calibri"/>
          <w:sz w:val="22"/>
          <w:lang w:val="it-IT"/>
        </w:rPr>
        <w:t>ai sensi degli artt. 46 e 47 del D.P.R. 28 dicembre 2000, n. 445, consapevole delle responsabilità previste in caso di dichiarazioni non veritiere, dichiara che le informazioni fornite corrispondono al vero e prende atto che:</w:t>
      </w:r>
    </w:p>
    <w:p w14:paraId="1989D831" w14:textId="77777777" w:rsidR="009A7C07" w:rsidRPr="00555462" w:rsidRDefault="00C96831" w:rsidP="001315BB">
      <w:pPr>
        <w:spacing w:after="20" w:line="360" w:lineRule="auto"/>
        <w:ind w:left="227" w:hanging="170"/>
        <w:jc w:val="both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>• l’ammissione agli esami è subordinata alla verifica della domanda, della documentazione e della carriera scolastica;</w:t>
      </w:r>
    </w:p>
    <w:p w14:paraId="58378EAA" w14:textId="77777777" w:rsidR="009A7C07" w:rsidRPr="00555462" w:rsidRDefault="00C96831" w:rsidP="001315BB">
      <w:pPr>
        <w:spacing w:after="20" w:line="360" w:lineRule="auto"/>
        <w:ind w:left="227" w:hanging="170"/>
        <w:jc w:val="both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lastRenderedPageBreak/>
        <w:t>• le discipline e i contenuti oggetto di prova saranno individuati confrontando il percorso di provenienza con quello richiesto;</w:t>
      </w:r>
    </w:p>
    <w:p w14:paraId="6668F8CE" w14:textId="77777777" w:rsidR="009A7C07" w:rsidRPr="00555462" w:rsidRDefault="00C96831" w:rsidP="001315BB">
      <w:pPr>
        <w:spacing w:after="20" w:line="360" w:lineRule="auto"/>
        <w:ind w:left="227" w:hanging="170"/>
        <w:jc w:val="both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>• ai candidati ammessi saranno messi a disposizione i programmi da preparare;</w:t>
      </w:r>
    </w:p>
    <w:p w14:paraId="641DEA00" w14:textId="22871A39" w:rsidR="009A7C07" w:rsidRPr="00555462" w:rsidRDefault="00C96831" w:rsidP="001315BB">
      <w:pPr>
        <w:spacing w:after="20" w:line="360" w:lineRule="auto"/>
        <w:ind w:left="227" w:hanging="170"/>
        <w:jc w:val="both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>• gli esami integrativi si svolgeranno ne</w:t>
      </w:r>
      <w:r w:rsidR="00C27F3D">
        <w:rPr>
          <w:rFonts w:ascii="Calibri" w:hAnsi="Calibri" w:cs="Calibri"/>
          <w:sz w:val="22"/>
          <w:lang w:val="it-IT"/>
        </w:rPr>
        <w:t xml:space="preserve">lla prima decade di </w:t>
      </w:r>
      <w:r w:rsidRPr="00555462">
        <w:rPr>
          <w:rFonts w:ascii="Calibri" w:hAnsi="Calibri" w:cs="Calibri"/>
          <w:sz w:val="22"/>
          <w:lang w:val="it-IT"/>
        </w:rPr>
        <w:t>settembre</w:t>
      </w:r>
      <w:r w:rsidR="00C27F3D">
        <w:rPr>
          <w:rFonts w:ascii="Calibri" w:hAnsi="Calibri" w:cs="Calibri"/>
          <w:sz w:val="22"/>
          <w:lang w:val="it-IT"/>
        </w:rPr>
        <w:t xml:space="preserve"> </w:t>
      </w:r>
      <w:r w:rsidRPr="00555462">
        <w:rPr>
          <w:rFonts w:ascii="Calibri" w:hAnsi="Calibri" w:cs="Calibri"/>
          <w:sz w:val="22"/>
          <w:lang w:val="it-IT"/>
        </w:rPr>
        <w:t>;</w:t>
      </w:r>
    </w:p>
    <w:p w14:paraId="6AA6E2CE" w14:textId="3405CFA7" w:rsidR="009A7C07" w:rsidRPr="00555462" w:rsidRDefault="00C96831" w:rsidP="001315BB">
      <w:pPr>
        <w:spacing w:after="20" w:line="360" w:lineRule="auto"/>
        <w:ind w:left="227" w:hanging="170"/>
        <w:jc w:val="both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>• il calendario dettagliato sarà pubblicato sul sito istituzionale e la pubblicazione avrà valore di notifica;</w:t>
      </w:r>
    </w:p>
    <w:p w14:paraId="1F57ECC1" w14:textId="77777777" w:rsidR="009A7C07" w:rsidRPr="00555462" w:rsidRDefault="00C96831" w:rsidP="001315BB">
      <w:pPr>
        <w:spacing w:after="20" w:line="360" w:lineRule="auto"/>
        <w:ind w:left="227" w:hanging="170"/>
        <w:jc w:val="both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>• il superamento degli esami non comporta automaticamente l’iscrizione, che resta subordinata alla disponibilità dei posti e alla regolarità della documentazione;</w:t>
      </w:r>
    </w:p>
    <w:p w14:paraId="0B225B85" w14:textId="77777777" w:rsidR="009A7C07" w:rsidRPr="00555462" w:rsidRDefault="00C96831" w:rsidP="001315BB">
      <w:pPr>
        <w:spacing w:after="20" w:line="360" w:lineRule="auto"/>
        <w:ind w:left="227" w:hanging="170"/>
        <w:jc w:val="both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>• l’Istituto potrà verificare le dichiarazioni rese presso le scuole interessate.</w:t>
      </w:r>
    </w:p>
    <w:p w14:paraId="401DA1A8" w14:textId="77777777" w:rsidR="009A7C07" w:rsidRPr="00555462" w:rsidRDefault="00C96831">
      <w:pPr>
        <w:pStyle w:val="Titolo1"/>
        <w:rPr>
          <w:rFonts w:ascii="Calibri" w:hAnsi="Calibri" w:cs="Calibri"/>
          <w:color w:val="000000" w:themeColor="text1"/>
          <w:szCs w:val="22"/>
          <w:lang w:val="it-IT"/>
        </w:rPr>
      </w:pPr>
      <w:r w:rsidRPr="00555462">
        <w:rPr>
          <w:rFonts w:ascii="Calibri" w:hAnsi="Calibri" w:cs="Calibri"/>
          <w:color w:val="000000" w:themeColor="text1"/>
          <w:szCs w:val="22"/>
          <w:lang w:val="it-IT"/>
        </w:rPr>
        <w:t>9. TRATTAMENTO DEI DATI PERSONALI</w:t>
      </w:r>
    </w:p>
    <w:p w14:paraId="4BCF878B" w14:textId="77777777" w:rsidR="009A7C07" w:rsidRPr="00555462" w:rsidRDefault="00C96831">
      <w:pPr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>Il/La sottoscritto/a dichiara di aver preso visione dell’informativa sul trattamento dei dati personali pubblicata sul sito istituzionale. I dati saranno utilizzati esclusivamente per la gestione della domanda, lo svolgimento degli esami e l’eventuale perfezionamento dell’iscrizione, nel rispetto della normativa vigente.</w:t>
      </w:r>
    </w:p>
    <w:p w14:paraId="13B61F24" w14:textId="77777777" w:rsidR="00555462" w:rsidRPr="00555462" w:rsidRDefault="00555462" w:rsidP="00761463">
      <w:pPr>
        <w:shd w:val="clear" w:color="auto" w:fill="FFFFFF"/>
        <w:spacing w:before="100" w:beforeAutospacing="1" w:after="0"/>
        <w:ind w:left="567"/>
        <w:outlineLvl w:val="2"/>
        <w:rPr>
          <w:rFonts w:ascii="Calibri" w:eastAsia="Times New Roman" w:hAnsi="Calibri" w:cs="Calibri"/>
          <w:b/>
          <w:bCs/>
          <w:color w:val="222222"/>
          <w:sz w:val="22"/>
          <w:lang w:val="it-IT" w:eastAsia="it-IT"/>
        </w:rPr>
      </w:pPr>
      <w:r w:rsidRPr="00555462">
        <w:rPr>
          <w:rFonts w:ascii="Calibri" w:eastAsia="Times New Roman" w:hAnsi="Calibri" w:cs="Calibri"/>
          <w:b/>
          <w:bCs/>
          <w:color w:val="222222"/>
          <w:sz w:val="22"/>
          <w:lang w:val="it-IT" w:eastAsia="it-IT"/>
        </w:rPr>
        <w:t>FIRMA DEI GENITORI / ESERCENTI LA RESPONSABILITÀ GENITORIALE</w:t>
      </w:r>
    </w:p>
    <w:p w14:paraId="4CD569DD" w14:textId="77777777" w:rsidR="00555462" w:rsidRPr="00555462" w:rsidRDefault="00555462" w:rsidP="0009614E">
      <w:pPr>
        <w:shd w:val="clear" w:color="auto" w:fill="FFFFFF"/>
        <w:spacing w:after="100" w:afterAutospacing="1"/>
        <w:ind w:left="567"/>
        <w:rPr>
          <w:rFonts w:ascii="Calibri" w:eastAsia="Times New Roman" w:hAnsi="Calibri" w:cs="Calibri"/>
          <w:color w:val="222222"/>
          <w:sz w:val="22"/>
          <w:lang w:val="it-IT" w:eastAsia="it-IT"/>
        </w:rPr>
      </w:pPr>
      <w:r w:rsidRPr="00555462">
        <w:rPr>
          <w:rFonts w:ascii="Calibri" w:eastAsia="Times New Roman" w:hAnsi="Calibri" w:cs="Calibri"/>
          <w:i/>
          <w:iCs/>
          <w:color w:val="222222"/>
          <w:sz w:val="22"/>
          <w:lang w:val="it-IT" w:eastAsia="it-IT"/>
        </w:rPr>
        <w:t>La presente scelta rientra nella responsabilità genitoriale e deve essere condivisa dai genitori, salvo i casi di esercizio esclusivo della responsabilità genitoriale.</w:t>
      </w:r>
    </w:p>
    <w:p w14:paraId="324B2F8F" w14:textId="3FA3C112" w:rsidR="00555462" w:rsidRPr="00555462" w:rsidRDefault="00555462" w:rsidP="00551A71">
      <w:pPr>
        <w:shd w:val="clear" w:color="auto" w:fill="FFFFFF"/>
        <w:spacing w:before="100" w:beforeAutospacing="1" w:after="100" w:afterAutospacing="1"/>
        <w:ind w:left="567"/>
        <w:rPr>
          <w:rFonts w:ascii="Calibri" w:eastAsia="Times New Roman" w:hAnsi="Calibri" w:cs="Calibri"/>
          <w:color w:val="222222"/>
          <w:sz w:val="22"/>
          <w:lang w:val="it-IT" w:eastAsia="it-IT"/>
        </w:rPr>
      </w:pPr>
      <w:r w:rsidRPr="00555462">
        <w:rPr>
          <w:rFonts w:ascii="Calibri" w:eastAsia="Times New Roman" w:hAnsi="Calibri" w:cs="Calibri"/>
          <w:color w:val="222222"/>
          <w:sz w:val="22"/>
          <w:lang w:val="it-IT" w:eastAsia="it-IT"/>
        </w:rPr>
        <w:t>Firma del genitore  ____________________</w:t>
      </w:r>
    </w:p>
    <w:p w14:paraId="096C467D" w14:textId="0832A9FB" w:rsidR="00555462" w:rsidRPr="00555462" w:rsidRDefault="00555462" w:rsidP="00551A71">
      <w:pPr>
        <w:shd w:val="clear" w:color="auto" w:fill="FFFFFF"/>
        <w:spacing w:before="100" w:beforeAutospacing="1" w:after="100" w:afterAutospacing="1"/>
        <w:ind w:left="567"/>
        <w:rPr>
          <w:rFonts w:ascii="Calibri" w:eastAsia="Times New Roman" w:hAnsi="Calibri" w:cs="Calibri"/>
          <w:color w:val="222222"/>
          <w:sz w:val="22"/>
          <w:lang w:val="it-IT" w:eastAsia="it-IT"/>
        </w:rPr>
      </w:pPr>
      <w:r w:rsidRPr="00555462">
        <w:rPr>
          <w:rFonts w:ascii="Calibri" w:eastAsia="Times New Roman" w:hAnsi="Calibri" w:cs="Calibri"/>
          <w:color w:val="222222"/>
          <w:sz w:val="22"/>
          <w:lang w:val="it-IT" w:eastAsia="it-IT"/>
        </w:rPr>
        <w:t>Firma del genitore  ____________________</w:t>
      </w:r>
    </w:p>
    <w:p w14:paraId="19D8CC1B" w14:textId="3A38071E" w:rsidR="00555462" w:rsidRPr="00555462" w:rsidRDefault="00555462" w:rsidP="00551A71">
      <w:pPr>
        <w:shd w:val="clear" w:color="auto" w:fill="FFFFFF"/>
        <w:spacing w:before="100" w:beforeAutospacing="1" w:after="100" w:afterAutospacing="1"/>
        <w:ind w:left="567"/>
        <w:rPr>
          <w:rFonts w:ascii="Calibri" w:eastAsia="Times New Roman" w:hAnsi="Calibri" w:cs="Calibri"/>
          <w:color w:val="222222"/>
          <w:sz w:val="22"/>
          <w:lang w:val="it-IT" w:eastAsia="it-IT"/>
        </w:rPr>
      </w:pPr>
      <w:r w:rsidRPr="00555462">
        <w:rPr>
          <w:rFonts w:ascii="Calibri" w:eastAsia="Times New Roman" w:hAnsi="Calibri" w:cs="Calibri"/>
          <w:b/>
          <w:bCs/>
          <w:i/>
          <w:iCs/>
          <w:color w:val="222222"/>
          <w:sz w:val="22"/>
          <w:lang w:val="it-IT" w:eastAsia="it-IT"/>
        </w:rPr>
        <w:t xml:space="preserve">In caso di firma di un solo genitore, </w:t>
      </w:r>
      <w:r w:rsidRPr="00551A71">
        <w:rPr>
          <w:rFonts w:ascii="Calibri" w:eastAsia="Times New Roman" w:hAnsi="Calibri" w:cs="Calibri"/>
          <w:b/>
          <w:bCs/>
          <w:i/>
          <w:iCs/>
          <w:color w:val="222222"/>
          <w:sz w:val="22"/>
          <w:u w:val="single"/>
          <w:lang w:val="it-IT" w:eastAsia="it-IT"/>
        </w:rPr>
        <w:t>barrare</w:t>
      </w:r>
      <w:r w:rsidR="00551A71" w:rsidRPr="00551A71">
        <w:rPr>
          <w:rFonts w:ascii="Calibri" w:eastAsia="Times New Roman" w:hAnsi="Calibri" w:cs="Calibri"/>
          <w:b/>
          <w:bCs/>
          <w:i/>
          <w:iCs/>
          <w:color w:val="222222"/>
          <w:sz w:val="22"/>
          <w:u w:val="single"/>
          <w:lang w:val="it-IT" w:eastAsia="it-IT"/>
        </w:rPr>
        <w:t xml:space="preserve"> obbligatoriamente</w:t>
      </w:r>
      <w:r w:rsidRPr="00555462">
        <w:rPr>
          <w:rFonts w:ascii="Calibri" w:eastAsia="Times New Roman" w:hAnsi="Calibri" w:cs="Calibri"/>
          <w:b/>
          <w:bCs/>
          <w:i/>
          <w:iCs/>
          <w:color w:val="222222"/>
          <w:sz w:val="22"/>
          <w:lang w:val="it-IT" w:eastAsia="it-IT"/>
        </w:rPr>
        <w:t xml:space="preserve"> una delle seguenti opzioni:</w:t>
      </w:r>
    </w:p>
    <w:p w14:paraId="7AEDEA98" w14:textId="29BB9F95" w:rsidR="00555462" w:rsidRPr="00555462" w:rsidRDefault="00555462" w:rsidP="00551A71">
      <w:pPr>
        <w:shd w:val="clear" w:color="auto" w:fill="FFFFFF"/>
        <w:spacing w:before="100" w:beforeAutospacing="1" w:after="100" w:afterAutospacing="1"/>
        <w:ind w:left="567"/>
        <w:rPr>
          <w:rFonts w:ascii="Calibri" w:eastAsia="Times New Roman" w:hAnsi="Calibri" w:cs="Calibri"/>
          <w:color w:val="222222"/>
          <w:sz w:val="22"/>
          <w:lang w:val="it-IT" w:eastAsia="it-IT"/>
        </w:rPr>
      </w:pPr>
      <w:r w:rsidRPr="00555462">
        <w:rPr>
          <w:rFonts w:ascii="Calibri" w:eastAsia="Times New Roman" w:hAnsi="Calibri" w:cs="Calibri"/>
          <w:color w:val="222222"/>
          <w:sz w:val="22"/>
          <w:lang w:val="it-IT" w:eastAsia="it-IT"/>
        </w:rPr>
        <w:t>□ Ho acquisito il consenso dell'altro genitore.</w:t>
      </w:r>
      <w:r w:rsidR="00551A71">
        <w:rPr>
          <w:rFonts w:ascii="Calibri" w:eastAsia="Times New Roman" w:hAnsi="Calibri" w:cs="Calibri"/>
          <w:color w:val="222222"/>
          <w:sz w:val="22"/>
          <w:lang w:val="it-IT" w:eastAsia="it-IT"/>
        </w:rPr>
        <w:t xml:space="preserve"> / </w:t>
      </w:r>
      <w:r w:rsidRPr="00555462">
        <w:rPr>
          <w:rFonts w:ascii="Calibri" w:eastAsia="Times New Roman" w:hAnsi="Calibri" w:cs="Calibri"/>
          <w:color w:val="222222"/>
          <w:sz w:val="22"/>
          <w:lang w:val="it-IT" w:eastAsia="it-IT"/>
        </w:rPr>
        <w:t>□ Sono l'unico esercente la responsabilità genitoriale.</w:t>
      </w:r>
    </w:p>
    <w:p w14:paraId="328E0A29" w14:textId="2CB5763B" w:rsidR="001956C2" w:rsidRPr="00555462" w:rsidRDefault="00262D44">
      <w:pPr>
        <w:jc w:val="center"/>
        <w:rPr>
          <w:rFonts w:ascii="Calibri" w:hAnsi="Calibri" w:cs="Calibri"/>
          <w:b/>
          <w:sz w:val="22"/>
          <w:lang w:val="it-IT"/>
        </w:rPr>
      </w:pPr>
      <w:r>
        <w:rPr>
          <w:rFonts w:ascii="Calibri" w:hAnsi="Calibri" w:cs="Calibri"/>
          <w:b/>
          <w:sz w:val="22"/>
          <w:lang w:val="it-IT"/>
        </w:rPr>
        <w:t xml:space="preserve">_________________________________________________________________________ </w:t>
      </w:r>
    </w:p>
    <w:p w14:paraId="471A9935" w14:textId="77777777" w:rsidR="001956C2" w:rsidRPr="00555462" w:rsidRDefault="001956C2">
      <w:pPr>
        <w:jc w:val="center"/>
        <w:rPr>
          <w:rFonts w:ascii="Calibri" w:hAnsi="Calibri" w:cs="Calibri"/>
          <w:b/>
          <w:sz w:val="22"/>
          <w:lang w:val="it-IT"/>
        </w:rPr>
      </w:pPr>
    </w:p>
    <w:p w14:paraId="298EDB57" w14:textId="2623D121" w:rsidR="009A7C07" w:rsidRPr="00A0163C" w:rsidRDefault="00C96831">
      <w:pPr>
        <w:jc w:val="center"/>
        <w:rPr>
          <w:rFonts w:ascii="Calibri" w:hAnsi="Calibri" w:cs="Calibri"/>
          <w:sz w:val="22"/>
          <w:u w:val="single"/>
          <w:lang w:val="it-IT"/>
        </w:rPr>
      </w:pPr>
      <w:r w:rsidRPr="00A0163C">
        <w:rPr>
          <w:rFonts w:ascii="Calibri" w:hAnsi="Calibri" w:cs="Calibri"/>
          <w:b/>
          <w:sz w:val="22"/>
          <w:u w:val="single"/>
          <w:lang w:val="it-IT"/>
        </w:rPr>
        <w:t>SEZIONE RISERVATA ALL’UFFICIO</w:t>
      </w:r>
    </w:p>
    <w:p w14:paraId="48191C35" w14:textId="77777777" w:rsidR="009A7C07" w:rsidRPr="00555462" w:rsidRDefault="00C96831" w:rsidP="00A0163C">
      <w:pPr>
        <w:spacing w:line="276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 xml:space="preserve">Documentazione: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completa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incompleta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da integrare entro il ____/____/________</w:t>
      </w:r>
    </w:p>
    <w:p w14:paraId="065BFFCA" w14:textId="77777777" w:rsidR="009A7C07" w:rsidRPr="00555462" w:rsidRDefault="00C96831" w:rsidP="00A0163C">
      <w:pPr>
        <w:spacing w:line="276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 xml:space="preserve">Esito dell’istruttoria: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ammesso/a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ammesso/a con riserva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non ammesso/a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domanda non procedibile</w:t>
      </w:r>
    </w:p>
    <w:p w14:paraId="12709664" w14:textId="77777777" w:rsidR="009A7C07" w:rsidRPr="00555462" w:rsidRDefault="00C96831" w:rsidP="00A0163C">
      <w:pPr>
        <w:spacing w:after="40" w:line="276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Classe e indirizzo richiesti: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________________________________________________</w:t>
      </w:r>
    </w:p>
    <w:p w14:paraId="0446420A" w14:textId="77777777" w:rsidR="009A7C07" w:rsidRPr="00555462" w:rsidRDefault="00C96831" w:rsidP="00A0163C">
      <w:pPr>
        <w:spacing w:after="40" w:line="276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>Discipline oggetto d’esame:</w:t>
      </w:r>
      <w:r w:rsidRPr="00555462">
        <w:rPr>
          <w:rFonts w:ascii="Calibri" w:hAnsi="Calibri" w:cs="Calibri"/>
          <w:sz w:val="22"/>
          <w:lang w:val="it-IT"/>
        </w:rPr>
        <w:t xml:space="preserve"> _________________________________________________</w:t>
      </w:r>
    </w:p>
    <w:p w14:paraId="16602698" w14:textId="77777777" w:rsidR="009A7C07" w:rsidRPr="00555462" w:rsidRDefault="00C96831" w:rsidP="00A0163C">
      <w:pPr>
        <w:spacing w:line="276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sz w:val="22"/>
          <w:lang w:val="it-IT"/>
        </w:rPr>
        <w:t>______________________________________________________________________________________</w:t>
      </w:r>
    </w:p>
    <w:p w14:paraId="01B54819" w14:textId="77777777" w:rsidR="009A7C07" w:rsidRPr="00555462" w:rsidRDefault="00C96831" w:rsidP="00A0163C">
      <w:pPr>
        <w:spacing w:line="276" w:lineRule="auto"/>
        <w:rPr>
          <w:rFonts w:ascii="Calibri" w:hAnsi="Calibri" w:cs="Calibri"/>
          <w:sz w:val="22"/>
          <w:lang w:val="it-IT"/>
        </w:rPr>
      </w:pPr>
      <w:r w:rsidRPr="00555462">
        <w:rPr>
          <w:rFonts w:ascii="Calibri" w:hAnsi="Calibri" w:cs="Calibri"/>
          <w:b/>
          <w:sz w:val="22"/>
          <w:lang w:val="it-IT"/>
        </w:rPr>
        <w:t xml:space="preserve">Programmi messi a disposizione in data ____/____/________ tramite: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e-mail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sito istituzionale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Segreteria   </w:t>
      </w:r>
      <w:r w:rsidRPr="00555462">
        <w:rPr>
          <w:rFonts w:ascii="Segoe UI Symbol" w:hAnsi="Segoe UI Symbol" w:cs="Segoe UI Symbol"/>
          <w:sz w:val="22"/>
          <w:lang w:val="it-IT"/>
        </w:rPr>
        <w:t>☐</w:t>
      </w:r>
      <w:r w:rsidRPr="00555462">
        <w:rPr>
          <w:rFonts w:ascii="Calibri" w:hAnsi="Calibri" w:cs="Calibri"/>
          <w:sz w:val="22"/>
          <w:lang w:val="it-IT"/>
        </w:rPr>
        <w:t xml:space="preserve"> altro __________________</w:t>
      </w:r>
    </w:p>
    <w:p w14:paraId="229BA75F" w14:textId="09576D2B" w:rsidR="009A7C07" w:rsidRPr="00555462" w:rsidRDefault="00C96831" w:rsidP="00A0163C">
      <w:pPr>
        <w:spacing w:after="40" w:line="276" w:lineRule="auto"/>
        <w:rPr>
          <w:rFonts w:ascii="Calibri" w:hAnsi="Calibri" w:cs="Calibri"/>
          <w:sz w:val="22"/>
        </w:rPr>
      </w:pPr>
      <w:proofErr w:type="spellStart"/>
      <w:r w:rsidRPr="00555462">
        <w:rPr>
          <w:rFonts w:ascii="Calibri" w:hAnsi="Calibri" w:cs="Calibri"/>
          <w:b/>
          <w:sz w:val="22"/>
        </w:rPr>
        <w:t>Annotazioni</w:t>
      </w:r>
      <w:proofErr w:type="spellEnd"/>
      <w:r w:rsidRPr="00555462">
        <w:rPr>
          <w:rFonts w:ascii="Calibri" w:hAnsi="Calibri" w:cs="Calibri"/>
          <w:b/>
          <w:sz w:val="22"/>
        </w:rPr>
        <w:t>:</w:t>
      </w:r>
      <w:r w:rsidRPr="00555462">
        <w:rPr>
          <w:rFonts w:ascii="Calibri" w:hAnsi="Calibri" w:cs="Calibri"/>
          <w:sz w:val="22"/>
        </w:rPr>
        <w:t xml:space="preserve"> _____</w:t>
      </w:r>
      <w:r w:rsidR="004B4728">
        <w:rPr>
          <w:rFonts w:ascii="Calibri" w:hAnsi="Calibri" w:cs="Calibri"/>
          <w:sz w:val="22"/>
        </w:rPr>
        <w:t>_____</w:t>
      </w:r>
      <w:r w:rsidRPr="00555462">
        <w:rPr>
          <w:rFonts w:ascii="Calibri" w:hAnsi="Calibri" w:cs="Calibri"/>
          <w:sz w:val="22"/>
        </w:rPr>
        <w:t>__________________________________________________________</w:t>
      </w:r>
    </w:p>
    <w:sectPr w:rsidR="009A7C07" w:rsidRPr="00555462" w:rsidSect="00034616">
      <w:footerReference w:type="default" r:id="rId8"/>
      <w:pgSz w:w="11906" w:h="16838"/>
      <w:pgMar w:top="907" w:right="964" w:bottom="850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589BD" w14:textId="77777777" w:rsidR="000A680E" w:rsidRDefault="000A680E">
      <w:pPr>
        <w:spacing w:after="0"/>
      </w:pPr>
      <w:r>
        <w:separator/>
      </w:r>
    </w:p>
  </w:endnote>
  <w:endnote w:type="continuationSeparator" w:id="0">
    <w:p w14:paraId="5018CB6B" w14:textId="77777777" w:rsidR="000A680E" w:rsidRDefault="000A68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16734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BE8781E" w14:textId="3DB08C19" w:rsidR="00ED0D06" w:rsidRDefault="00ED0D06">
            <w:pPr>
              <w:pStyle w:val="Pidipagina"/>
              <w:jc w:val="right"/>
            </w:pPr>
            <w:r w:rsidRPr="00ED0D06">
              <w:rPr>
                <w:rFonts w:ascii="Calibri" w:hAnsi="Calibri" w:cs="Calibri"/>
                <w:sz w:val="18"/>
                <w:szCs w:val="18"/>
                <w:lang w:val="it-IT"/>
              </w:rPr>
              <w:t xml:space="preserve">Pag. </w:t>
            </w:r>
            <w:r w:rsidRPr="00ED0D0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ED0D06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ED0D0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ED0D06"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2</w:t>
            </w:r>
            <w:r w:rsidRPr="00ED0D0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ED0D06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  <w:lang w:val="it-IT"/>
              </w:rPr>
              <w:t>di</w:t>
            </w:r>
            <w:r w:rsidRPr="00ED0D06">
              <w:rPr>
                <w:rFonts w:ascii="Calibri" w:hAnsi="Calibri" w:cs="Calibri"/>
                <w:sz w:val="18"/>
                <w:szCs w:val="18"/>
                <w:lang w:val="it-IT"/>
              </w:rPr>
              <w:t xml:space="preserve"> </w:t>
            </w:r>
            <w:r w:rsidRPr="00ED0D0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ED0D06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ED0D0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ED0D06"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2</w:t>
            </w:r>
            <w:r w:rsidRPr="00ED0D06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E2CE156" w14:textId="33FC94E2" w:rsidR="009A7C07" w:rsidRPr="00327A17" w:rsidRDefault="009A7C07">
    <w:pPr>
      <w:pStyle w:val="Pidipagina"/>
      <w:jc w:val="cen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A5AA4" w14:textId="77777777" w:rsidR="000A680E" w:rsidRDefault="000A680E">
      <w:pPr>
        <w:spacing w:after="0"/>
      </w:pPr>
      <w:r>
        <w:separator/>
      </w:r>
    </w:p>
  </w:footnote>
  <w:footnote w:type="continuationSeparator" w:id="0">
    <w:p w14:paraId="4E8B2097" w14:textId="77777777" w:rsidR="000A680E" w:rsidRDefault="000A68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6322287">
    <w:abstractNumId w:val="8"/>
  </w:num>
  <w:num w:numId="2" w16cid:durableId="1099063543">
    <w:abstractNumId w:val="6"/>
  </w:num>
  <w:num w:numId="3" w16cid:durableId="741830023">
    <w:abstractNumId w:val="5"/>
  </w:num>
  <w:num w:numId="4" w16cid:durableId="1058868449">
    <w:abstractNumId w:val="4"/>
  </w:num>
  <w:num w:numId="5" w16cid:durableId="1450781842">
    <w:abstractNumId w:val="7"/>
  </w:num>
  <w:num w:numId="6" w16cid:durableId="510296057">
    <w:abstractNumId w:val="3"/>
  </w:num>
  <w:num w:numId="7" w16cid:durableId="1253320263">
    <w:abstractNumId w:val="2"/>
  </w:num>
  <w:num w:numId="8" w16cid:durableId="1842432874">
    <w:abstractNumId w:val="1"/>
  </w:num>
  <w:num w:numId="9" w16cid:durableId="1459959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2C5"/>
    <w:rsid w:val="0009614E"/>
    <w:rsid w:val="000A680E"/>
    <w:rsid w:val="001315BB"/>
    <w:rsid w:val="0015074B"/>
    <w:rsid w:val="001944F7"/>
    <w:rsid w:val="001956C2"/>
    <w:rsid w:val="001D4C9F"/>
    <w:rsid w:val="002543EC"/>
    <w:rsid w:val="00262D44"/>
    <w:rsid w:val="0028164B"/>
    <w:rsid w:val="0029639D"/>
    <w:rsid w:val="002F3C1D"/>
    <w:rsid w:val="00312409"/>
    <w:rsid w:val="00326F90"/>
    <w:rsid w:val="00327A17"/>
    <w:rsid w:val="00351C4F"/>
    <w:rsid w:val="004B4728"/>
    <w:rsid w:val="00551A71"/>
    <w:rsid w:val="00555462"/>
    <w:rsid w:val="005E13C1"/>
    <w:rsid w:val="005F1480"/>
    <w:rsid w:val="007262DF"/>
    <w:rsid w:val="00761463"/>
    <w:rsid w:val="009511A5"/>
    <w:rsid w:val="009A7C07"/>
    <w:rsid w:val="00A0163C"/>
    <w:rsid w:val="00AA1D8D"/>
    <w:rsid w:val="00AA72D6"/>
    <w:rsid w:val="00B20256"/>
    <w:rsid w:val="00B463BE"/>
    <w:rsid w:val="00B47730"/>
    <w:rsid w:val="00C27F3D"/>
    <w:rsid w:val="00C96831"/>
    <w:rsid w:val="00CB0664"/>
    <w:rsid w:val="00CD3F1D"/>
    <w:rsid w:val="00ED0D06"/>
    <w:rsid w:val="00FA5B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C30F0"/>
  <w14:defaultImageDpi w14:val="300"/>
  <w15:docId w15:val="{B3F9BBA5-5238-46DA-A185-0F6A88B3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60" w:line="240" w:lineRule="auto"/>
    </w:pPr>
    <w:rPr>
      <w:rFonts w:ascii="Arial" w:eastAsia="Arial" w:hAnsi="Arial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2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5977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carmela parente</cp:lastModifiedBy>
  <cp:revision>4</cp:revision>
  <dcterms:created xsi:type="dcterms:W3CDTF">2026-07-31T23:24:00Z</dcterms:created>
  <dcterms:modified xsi:type="dcterms:W3CDTF">2026-08-03T23:17:00Z</dcterms:modified>
  <cp:category/>
</cp:coreProperties>
</file>