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19DED" w14:textId="77777777" w:rsidR="007D1106" w:rsidRPr="007D1106" w:rsidRDefault="007D1106" w:rsidP="007D1106">
      <w:pPr>
        <w:jc w:val="center"/>
        <w:rPr>
          <w:rFonts w:ascii="Calibri" w:hAnsi="Calibri" w:cs="Calibri"/>
          <w:b/>
          <w:sz w:val="22"/>
          <w:lang w:val="it-IT"/>
        </w:rPr>
      </w:pPr>
      <w:r w:rsidRPr="007D1106">
        <w:rPr>
          <w:rFonts w:ascii="Calibri" w:hAnsi="Calibri" w:cs="Calibri"/>
          <w:b/>
          <w:sz w:val="22"/>
          <w:lang w:val="it-IT"/>
        </w:rPr>
        <w:t>RICHIESTA  CAMBIO  SEZIONE / INDIRZZO DI STUDIO</w:t>
      </w:r>
    </w:p>
    <w:p w14:paraId="3EA8A56B" w14:textId="16F300FB" w:rsidR="00FA5B04" w:rsidRPr="00555462" w:rsidRDefault="00FA5B04">
      <w:pPr>
        <w:jc w:val="center"/>
        <w:rPr>
          <w:rFonts w:ascii="Calibri" w:hAnsi="Calibri" w:cs="Calibri"/>
          <w:b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 xml:space="preserve"> DICHIARAZIONE RELATIVA ALLA </w:t>
      </w:r>
      <w:r w:rsidR="0028164B" w:rsidRPr="00555462">
        <w:rPr>
          <w:rFonts w:ascii="Calibri" w:hAnsi="Calibri" w:cs="Calibri"/>
          <w:b/>
          <w:sz w:val="22"/>
          <w:lang w:val="it-IT"/>
        </w:rPr>
        <w:t>CARRIERA SCOLASTICA</w:t>
      </w:r>
    </w:p>
    <w:p w14:paraId="0DAFA800" w14:textId="4B3A01E0" w:rsidR="005E13C1" w:rsidRDefault="005E13C1">
      <w:pPr>
        <w:jc w:val="center"/>
        <w:rPr>
          <w:rFonts w:ascii="Calibri" w:hAnsi="Calibri" w:cs="Calibri"/>
          <w:b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PER L’ISCRIZIONE ALL’A.S. 20</w:t>
      </w:r>
      <w:r w:rsidR="00C27F3D">
        <w:rPr>
          <w:rFonts w:ascii="Calibri" w:hAnsi="Calibri" w:cs="Calibri"/>
          <w:b/>
          <w:sz w:val="22"/>
          <w:lang w:val="it-IT"/>
        </w:rPr>
        <w:t>___</w:t>
      </w:r>
      <w:r w:rsidRPr="00555462">
        <w:rPr>
          <w:rFonts w:ascii="Calibri" w:hAnsi="Calibri" w:cs="Calibri"/>
          <w:b/>
          <w:sz w:val="22"/>
          <w:lang w:val="it-IT"/>
        </w:rPr>
        <w:t>/20</w:t>
      </w:r>
      <w:r w:rsidR="00C27F3D">
        <w:rPr>
          <w:rFonts w:ascii="Calibri" w:hAnsi="Calibri" w:cs="Calibri"/>
          <w:b/>
          <w:sz w:val="22"/>
          <w:lang w:val="it-IT"/>
        </w:rPr>
        <w:t>___</w:t>
      </w:r>
    </w:p>
    <w:p w14:paraId="77018201" w14:textId="77777777" w:rsidR="007D1106" w:rsidRPr="00555462" w:rsidRDefault="007D1106">
      <w:pPr>
        <w:jc w:val="center"/>
        <w:rPr>
          <w:rFonts w:ascii="Calibri" w:hAnsi="Calibri" w:cs="Calibri"/>
          <w:b/>
          <w:sz w:val="22"/>
          <w:lang w:val="it-IT"/>
        </w:rPr>
      </w:pPr>
    </w:p>
    <w:p w14:paraId="0D7849BD" w14:textId="77777777" w:rsidR="00FA5B04" w:rsidRPr="00555462" w:rsidRDefault="00FA5B04">
      <w:pPr>
        <w:jc w:val="center"/>
        <w:rPr>
          <w:rFonts w:ascii="Calibri" w:hAnsi="Calibri" w:cs="Calibri"/>
          <w:b/>
          <w:sz w:val="22"/>
          <w:lang w:val="it-IT"/>
        </w:rPr>
      </w:pPr>
    </w:p>
    <w:p w14:paraId="33E6E15C" w14:textId="4D4AFEE4" w:rsidR="009A7C07" w:rsidRPr="00555462" w:rsidRDefault="00C96831">
      <w:pPr>
        <w:jc w:val="right"/>
        <w:rPr>
          <w:rFonts w:ascii="Calibri" w:hAnsi="Calibri" w:cs="Calibri"/>
          <w:color w:val="000000" w:themeColor="text1"/>
          <w:sz w:val="22"/>
          <w:lang w:val="it-IT"/>
        </w:rPr>
      </w:pPr>
      <w:r w:rsidRPr="00555462">
        <w:rPr>
          <w:rFonts w:ascii="Calibri" w:hAnsi="Calibri" w:cs="Calibri"/>
          <w:sz w:val="22"/>
          <w:lang w:val="it-IT"/>
        </w:rPr>
        <w:t>Al Dirigente scolastico</w:t>
      </w:r>
      <w:r w:rsidRPr="00555462">
        <w:rPr>
          <w:rFonts w:ascii="Calibri" w:hAnsi="Calibri" w:cs="Calibri"/>
          <w:sz w:val="22"/>
          <w:lang w:val="it-IT"/>
        </w:rPr>
        <w:br/>
      </w:r>
      <w:r w:rsidR="00C27F3D">
        <w:rPr>
          <w:rFonts w:ascii="Calibri" w:hAnsi="Calibri" w:cs="Calibri"/>
          <w:color w:val="000000" w:themeColor="text1"/>
          <w:sz w:val="22"/>
          <w:lang w:val="it-IT"/>
        </w:rPr>
        <w:t>dell’ISIS “Federico II” - Capua</w:t>
      </w:r>
    </w:p>
    <w:p w14:paraId="3B6051BA" w14:textId="77777777" w:rsidR="009A7C07" w:rsidRPr="00555462" w:rsidRDefault="00C96831" w:rsidP="00ED0D06">
      <w:pPr>
        <w:pStyle w:val="Titolo1"/>
        <w:spacing w:line="360" w:lineRule="auto"/>
        <w:rPr>
          <w:rFonts w:ascii="Calibri" w:hAnsi="Calibri" w:cs="Calibri"/>
          <w:color w:val="000000" w:themeColor="text1"/>
          <w:szCs w:val="22"/>
          <w:lang w:val="it-IT"/>
        </w:rPr>
      </w:pPr>
      <w:r w:rsidRPr="00555462">
        <w:rPr>
          <w:rFonts w:ascii="Calibri" w:hAnsi="Calibri" w:cs="Calibri"/>
          <w:color w:val="000000" w:themeColor="text1"/>
          <w:szCs w:val="22"/>
          <w:lang w:val="it-IT"/>
        </w:rPr>
        <w:t>1. DATI DEL RICHIEDENTE</w:t>
      </w:r>
    </w:p>
    <w:p w14:paraId="792C1519" w14:textId="77777777" w:rsidR="009A7C07" w:rsidRPr="00555462" w:rsidRDefault="00C96831" w:rsidP="00ED0D06">
      <w:pPr>
        <w:spacing w:after="40"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Il/La sottoscritto/a (cognome e nome):</w:t>
      </w:r>
      <w:r w:rsidRPr="00555462">
        <w:rPr>
          <w:rFonts w:ascii="Calibri" w:hAnsi="Calibri" w:cs="Calibri"/>
          <w:sz w:val="22"/>
          <w:lang w:val="it-IT"/>
        </w:rPr>
        <w:t xml:space="preserve"> _____________________________________________________</w:t>
      </w:r>
    </w:p>
    <w:p w14:paraId="2B3259B1" w14:textId="77777777" w:rsidR="009A7C07" w:rsidRPr="00555462" w:rsidRDefault="00C96831" w:rsidP="00ED0D06">
      <w:pPr>
        <w:spacing w:after="40"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nato/a a:</w:t>
      </w:r>
      <w:r w:rsidRPr="00555462">
        <w:rPr>
          <w:rFonts w:ascii="Calibri" w:hAnsi="Calibri" w:cs="Calibri"/>
          <w:sz w:val="22"/>
          <w:lang w:val="it-IT"/>
        </w:rPr>
        <w:t xml:space="preserve"> _______________________________   prov. ______   il ____/____/________</w:t>
      </w:r>
    </w:p>
    <w:p w14:paraId="45A7ADA6" w14:textId="77777777" w:rsidR="009A7C07" w:rsidRPr="00555462" w:rsidRDefault="00C96831" w:rsidP="00ED0D06">
      <w:pPr>
        <w:spacing w:after="40"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residente a:</w:t>
      </w:r>
      <w:r w:rsidRPr="00555462">
        <w:rPr>
          <w:rFonts w:ascii="Calibri" w:hAnsi="Calibri" w:cs="Calibri"/>
          <w:sz w:val="22"/>
          <w:lang w:val="it-IT"/>
        </w:rPr>
        <w:t xml:space="preserve"> __________________________   prov. ______</w:t>
      </w:r>
    </w:p>
    <w:p w14:paraId="4CBD84AF" w14:textId="77777777" w:rsidR="009A7C07" w:rsidRPr="00555462" w:rsidRDefault="00C96831" w:rsidP="00ED0D06">
      <w:pPr>
        <w:spacing w:after="40"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via/piazza:</w:t>
      </w:r>
      <w:r w:rsidRPr="00555462">
        <w:rPr>
          <w:rFonts w:ascii="Calibri" w:hAnsi="Calibri" w:cs="Calibri"/>
          <w:sz w:val="22"/>
          <w:lang w:val="it-IT"/>
        </w:rPr>
        <w:t xml:space="preserve"> _________________________________________________   n. ______</w:t>
      </w:r>
    </w:p>
    <w:p w14:paraId="1D97FD13" w14:textId="77777777" w:rsidR="009A7C07" w:rsidRPr="00555462" w:rsidRDefault="00C96831" w:rsidP="00ED0D06">
      <w:pPr>
        <w:spacing w:after="40"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codice fiscale:</w:t>
      </w:r>
      <w:r w:rsidRPr="00555462">
        <w:rPr>
          <w:rFonts w:ascii="Calibri" w:hAnsi="Calibri" w:cs="Calibri"/>
          <w:sz w:val="22"/>
          <w:lang w:val="it-IT"/>
        </w:rPr>
        <w:t xml:space="preserve"> ____________________________   telefono __________________________</w:t>
      </w:r>
    </w:p>
    <w:p w14:paraId="6AD49106" w14:textId="77777777" w:rsidR="009A7C07" w:rsidRPr="00555462" w:rsidRDefault="00C96831" w:rsidP="00ED0D06">
      <w:pPr>
        <w:spacing w:after="40"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e-mail:</w:t>
      </w:r>
      <w:r w:rsidRPr="00555462">
        <w:rPr>
          <w:rFonts w:ascii="Calibri" w:hAnsi="Calibri" w:cs="Calibri"/>
          <w:sz w:val="22"/>
          <w:lang w:val="it-IT"/>
        </w:rPr>
        <w:t xml:space="preserve"> _______________________________________________________</w:t>
      </w:r>
    </w:p>
    <w:p w14:paraId="77CC8C30" w14:textId="6C224853" w:rsidR="009A7C07" w:rsidRPr="00555462" w:rsidRDefault="00C96831" w:rsidP="00ED0D06">
      <w:pPr>
        <w:spacing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 xml:space="preserve">in qualità di: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genitore/esercente la responsabilità genitoriale   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tutore    </w:t>
      </w:r>
    </w:p>
    <w:p w14:paraId="7D2AF4C3" w14:textId="77777777" w:rsidR="009A7C07" w:rsidRPr="00555462" w:rsidRDefault="00C96831" w:rsidP="00ED0D06">
      <w:pPr>
        <w:pStyle w:val="Titolo1"/>
        <w:spacing w:line="360" w:lineRule="auto"/>
        <w:rPr>
          <w:rFonts w:ascii="Calibri" w:hAnsi="Calibri" w:cs="Calibri"/>
          <w:color w:val="000000" w:themeColor="text1"/>
          <w:szCs w:val="22"/>
          <w:lang w:val="it-IT"/>
        </w:rPr>
      </w:pPr>
      <w:r w:rsidRPr="00555462">
        <w:rPr>
          <w:rFonts w:ascii="Calibri" w:hAnsi="Calibri" w:cs="Calibri"/>
          <w:color w:val="000000" w:themeColor="text1"/>
          <w:szCs w:val="22"/>
          <w:lang w:val="it-IT"/>
        </w:rPr>
        <w:t>2. DATI DELLO/A STUDENTE/SSA</w:t>
      </w:r>
    </w:p>
    <w:p w14:paraId="73FCC942" w14:textId="77777777" w:rsidR="009A7C07" w:rsidRPr="00555462" w:rsidRDefault="00C96831" w:rsidP="00ED0D06">
      <w:pPr>
        <w:spacing w:after="40"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Cognome e nome:</w:t>
      </w:r>
      <w:r w:rsidRPr="00555462">
        <w:rPr>
          <w:rFonts w:ascii="Calibri" w:hAnsi="Calibri" w:cs="Calibri"/>
          <w:sz w:val="22"/>
          <w:lang w:val="it-IT"/>
        </w:rPr>
        <w:t xml:space="preserve"> __________________________________________________________</w:t>
      </w:r>
    </w:p>
    <w:p w14:paraId="43C1E2E3" w14:textId="77777777" w:rsidR="009A7C07" w:rsidRPr="00555462" w:rsidRDefault="00C96831" w:rsidP="00ED0D06">
      <w:pPr>
        <w:spacing w:after="40"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nato/a a:</w:t>
      </w:r>
      <w:r w:rsidRPr="00555462">
        <w:rPr>
          <w:rFonts w:ascii="Calibri" w:hAnsi="Calibri" w:cs="Calibri"/>
          <w:sz w:val="22"/>
          <w:lang w:val="it-IT"/>
        </w:rPr>
        <w:t xml:space="preserve"> _______________________________   prov. ______   il ____/____/________</w:t>
      </w:r>
    </w:p>
    <w:p w14:paraId="0029E653" w14:textId="77777777" w:rsidR="009A7C07" w:rsidRPr="00555462" w:rsidRDefault="00C96831" w:rsidP="00ED0D06">
      <w:pPr>
        <w:spacing w:after="40"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codice fiscale:</w:t>
      </w:r>
      <w:r w:rsidRPr="00555462">
        <w:rPr>
          <w:rFonts w:ascii="Calibri" w:hAnsi="Calibri" w:cs="Calibri"/>
          <w:sz w:val="22"/>
          <w:lang w:val="it-IT"/>
        </w:rPr>
        <w:t xml:space="preserve"> ____________________________   telefono __________________________</w:t>
      </w:r>
    </w:p>
    <w:p w14:paraId="6275B90B" w14:textId="77777777" w:rsidR="009A7C07" w:rsidRPr="00555462" w:rsidRDefault="00C96831" w:rsidP="00ED0D06">
      <w:pPr>
        <w:spacing w:after="40"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e-mail:</w:t>
      </w:r>
      <w:r w:rsidRPr="00555462">
        <w:rPr>
          <w:rFonts w:ascii="Calibri" w:hAnsi="Calibri" w:cs="Calibri"/>
          <w:sz w:val="22"/>
          <w:lang w:val="it-IT"/>
        </w:rPr>
        <w:t xml:space="preserve"> _______________________________________________________</w:t>
      </w:r>
    </w:p>
    <w:p w14:paraId="5948D25B" w14:textId="77777777" w:rsidR="009A7C07" w:rsidRPr="002543EC" w:rsidRDefault="00C96831" w:rsidP="00ED0D06">
      <w:pPr>
        <w:pStyle w:val="Titolo1"/>
        <w:spacing w:line="360" w:lineRule="auto"/>
        <w:rPr>
          <w:rFonts w:ascii="Calibri" w:hAnsi="Calibri" w:cs="Calibri"/>
          <w:color w:val="000000" w:themeColor="text1"/>
          <w:szCs w:val="22"/>
          <w:lang w:val="it-IT"/>
        </w:rPr>
      </w:pPr>
      <w:r w:rsidRPr="002543EC">
        <w:rPr>
          <w:rFonts w:ascii="Calibri" w:hAnsi="Calibri" w:cs="Calibri"/>
          <w:color w:val="000000" w:themeColor="text1"/>
          <w:szCs w:val="22"/>
          <w:lang w:val="it-IT"/>
        </w:rPr>
        <w:t>3. RICHIESTA</w:t>
      </w:r>
    </w:p>
    <w:p w14:paraId="125C7C9E" w14:textId="77777777" w:rsidR="007D1106" w:rsidRPr="007D1106" w:rsidRDefault="007D1106" w:rsidP="007D1106">
      <w:pPr>
        <w:spacing w:line="600" w:lineRule="auto"/>
        <w:rPr>
          <w:rFonts w:ascii="Calibri" w:hAnsi="Calibri" w:cs="Calibri"/>
          <w:b/>
          <w:sz w:val="22"/>
          <w:lang w:val="it-IT"/>
        </w:rPr>
      </w:pPr>
      <w:r w:rsidRPr="007D1106">
        <w:rPr>
          <w:rFonts w:ascii="Calibri" w:hAnsi="Calibri" w:cs="Calibri"/>
          <w:b/>
          <w:sz w:val="22"/>
          <w:lang w:val="it-IT"/>
        </w:rPr>
        <w:t xml:space="preserve">per  </w:t>
      </w:r>
      <w:proofErr w:type="spellStart"/>
      <w:r w:rsidRPr="007D1106">
        <w:rPr>
          <w:rFonts w:ascii="Calibri" w:hAnsi="Calibri" w:cs="Calibri"/>
          <w:b/>
          <w:sz w:val="22"/>
          <w:lang w:val="it-IT"/>
        </w:rPr>
        <w:t>l’a.s.</w:t>
      </w:r>
      <w:proofErr w:type="spellEnd"/>
      <w:r w:rsidRPr="007D1106">
        <w:rPr>
          <w:rFonts w:ascii="Calibri" w:hAnsi="Calibri" w:cs="Calibri"/>
          <w:b/>
          <w:sz w:val="22"/>
          <w:lang w:val="it-IT"/>
        </w:rPr>
        <w:t xml:space="preserve"> _______________ il cambio</w:t>
      </w:r>
    </w:p>
    <w:p w14:paraId="012561A4" w14:textId="7C037984" w:rsidR="007D1106" w:rsidRDefault="007D1106" w:rsidP="007D1106">
      <w:pPr>
        <w:pStyle w:val="Paragrafoelenco"/>
        <w:numPr>
          <w:ilvl w:val="0"/>
          <w:numId w:val="10"/>
        </w:numPr>
        <w:spacing w:line="600" w:lineRule="auto"/>
        <w:rPr>
          <w:rFonts w:ascii="Calibri" w:hAnsi="Calibri" w:cs="Calibri"/>
          <w:b/>
          <w:sz w:val="22"/>
          <w:lang w:val="it-IT"/>
        </w:rPr>
      </w:pPr>
      <w:r w:rsidRPr="007D1106">
        <w:rPr>
          <w:rFonts w:ascii="Calibri" w:hAnsi="Calibri" w:cs="Calibri"/>
          <w:b/>
          <w:sz w:val="22"/>
          <w:lang w:val="it-IT"/>
        </w:rPr>
        <w:t>DI SEZIONE   dalla sezione _______________________ alla sezione ________________________</w:t>
      </w:r>
    </w:p>
    <w:p w14:paraId="02E2544B" w14:textId="2CF21721" w:rsidR="007D1106" w:rsidRPr="007D1106" w:rsidRDefault="007D1106" w:rsidP="007D1106">
      <w:pPr>
        <w:pStyle w:val="Paragrafoelenco"/>
        <w:numPr>
          <w:ilvl w:val="0"/>
          <w:numId w:val="10"/>
        </w:numPr>
        <w:spacing w:line="600" w:lineRule="auto"/>
        <w:rPr>
          <w:rFonts w:ascii="Calibri" w:hAnsi="Calibri" w:cs="Calibri"/>
          <w:b/>
          <w:sz w:val="22"/>
          <w:lang w:val="it-IT"/>
        </w:rPr>
      </w:pPr>
      <w:r w:rsidRPr="007D1106">
        <w:rPr>
          <w:rFonts w:ascii="Calibri" w:hAnsi="Calibri" w:cs="Calibri"/>
          <w:b/>
          <w:sz w:val="22"/>
          <w:lang w:val="it-IT"/>
        </w:rPr>
        <w:t>DI INDIRIZZO DI STUDIO   da___________________________ a____________________________</w:t>
      </w:r>
    </w:p>
    <w:p w14:paraId="3E84CEAD" w14:textId="313CBA38" w:rsidR="009A7C07" w:rsidRPr="00555462" w:rsidRDefault="00C96831" w:rsidP="00ED0D06">
      <w:pPr>
        <w:pStyle w:val="Titolo1"/>
        <w:spacing w:line="360" w:lineRule="auto"/>
        <w:rPr>
          <w:rFonts w:ascii="Calibri" w:hAnsi="Calibri" w:cs="Calibri"/>
          <w:color w:val="000000" w:themeColor="text1"/>
          <w:szCs w:val="22"/>
          <w:lang w:val="it-IT"/>
        </w:rPr>
      </w:pPr>
      <w:r w:rsidRPr="00555462">
        <w:rPr>
          <w:rFonts w:ascii="Calibri" w:hAnsi="Calibri" w:cs="Calibri"/>
          <w:color w:val="000000" w:themeColor="text1"/>
          <w:szCs w:val="22"/>
          <w:lang w:val="it-IT"/>
        </w:rPr>
        <w:t>4. SCUOLA DI PROVENIENZA E SITUAZIONE A.S. 20</w:t>
      </w:r>
      <w:r w:rsidR="007262DF">
        <w:rPr>
          <w:rFonts w:ascii="Calibri" w:hAnsi="Calibri" w:cs="Calibri"/>
          <w:color w:val="000000" w:themeColor="text1"/>
          <w:szCs w:val="22"/>
          <w:lang w:val="it-IT"/>
        </w:rPr>
        <w:t xml:space="preserve"> </w:t>
      </w:r>
      <w:r w:rsidR="00C27F3D">
        <w:rPr>
          <w:rFonts w:ascii="Calibri" w:hAnsi="Calibri" w:cs="Calibri"/>
          <w:color w:val="000000" w:themeColor="text1"/>
          <w:szCs w:val="22"/>
          <w:lang w:val="it-IT"/>
        </w:rPr>
        <w:t>___</w:t>
      </w:r>
      <w:r w:rsidR="007262DF">
        <w:rPr>
          <w:rFonts w:ascii="Calibri" w:hAnsi="Calibri" w:cs="Calibri"/>
          <w:color w:val="000000" w:themeColor="text1"/>
          <w:szCs w:val="22"/>
          <w:lang w:val="it-IT"/>
        </w:rPr>
        <w:t xml:space="preserve"> </w:t>
      </w:r>
      <w:r w:rsidRPr="00555462">
        <w:rPr>
          <w:rFonts w:ascii="Calibri" w:hAnsi="Calibri" w:cs="Calibri"/>
          <w:color w:val="000000" w:themeColor="text1"/>
          <w:szCs w:val="22"/>
          <w:lang w:val="it-IT"/>
        </w:rPr>
        <w:t>/</w:t>
      </w:r>
      <w:r w:rsidR="007262DF">
        <w:rPr>
          <w:rFonts w:ascii="Calibri" w:hAnsi="Calibri" w:cs="Calibri"/>
          <w:color w:val="000000" w:themeColor="text1"/>
          <w:szCs w:val="22"/>
          <w:lang w:val="it-IT"/>
        </w:rPr>
        <w:t xml:space="preserve"> </w:t>
      </w:r>
      <w:r w:rsidRPr="00555462">
        <w:rPr>
          <w:rFonts w:ascii="Calibri" w:hAnsi="Calibri" w:cs="Calibri"/>
          <w:color w:val="000000" w:themeColor="text1"/>
          <w:szCs w:val="22"/>
          <w:lang w:val="it-IT"/>
        </w:rPr>
        <w:t>20</w:t>
      </w:r>
      <w:r w:rsidR="007262DF">
        <w:rPr>
          <w:rFonts w:ascii="Calibri" w:hAnsi="Calibri" w:cs="Calibri"/>
          <w:color w:val="000000" w:themeColor="text1"/>
          <w:szCs w:val="22"/>
          <w:lang w:val="it-IT"/>
        </w:rPr>
        <w:t xml:space="preserve"> </w:t>
      </w:r>
      <w:r w:rsidR="00C27F3D">
        <w:rPr>
          <w:rFonts w:ascii="Calibri" w:hAnsi="Calibri" w:cs="Calibri"/>
          <w:color w:val="000000" w:themeColor="text1"/>
          <w:szCs w:val="22"/>
          <w:lang w:val="it-IT"/>
        </w:rPr>
        <w:t>___</w:t>
      </w:r>
    </w:p>
    <w:p w14:paraId="07F9A9E1" w14:textId="77777777" w:rsidR="009A7C07" w:rsidRPr="00555462" w:rsidRDefault="00C96831" w:rsidP="00ED0D06">
      <w:pPr>
        <w:spacing w:after="40"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Istituto frequentato:</w:t>
      </w:r>
      <w:r w:rsidRPr="00555462">
        <w:rPr>
          <w:rFonts w:ascii="Calibri" w:hAnsi="Calibri" w:cs="Calibri"/>
          <w:sz w:val="22"/>
          <w:lang w:val="it-IT"/>
        </w:rPr>
        <w:t xml:space="preserve"> _____________________________________________________</w:t>
      </w:r>
    </w:p>
    <w:p w14:paraId="0FF6C6DA" w14:textId="77777777" w:rsidR="009A7C07" w:rsidRPr="00555462" w:rsidRDefault="00C96831" w:rsidP="00ED0D06">
      <w:pPr>
        <w:spacing w:after="40"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Comune:</w:t>
      </w:r>
      <w:r w:rsidRPr="00555462">
        <w:rPr>
          <w:rFonts w:ascii="Calibri" w:hAnsi="Calibri" w:cs="Calibri"/>
          <w:sz w:val="22"/>
          <w:lang w:val="it-IT"/>
        </w:rPr>
        <w:t xml:space="preserve"> _________________________________   prov. ______   Classe ______</w:t>
      </w:r>
    </w:p>
    <w:p w14:paraId="09374FD2" w14:textId="77777777" w:rsidR="009A7C07" w:rsidRPr="00555462" w:rsidRDefault="00C96831" w:rsidP="00ED0D06">
      <w:pPr>
        <w:spacing w:after="40"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Indirizzo/articolazione/opzione:</w:t>
      </w:r>
      <w:r w:rsidRPr="00555462">
        <w:rPr>
          <w:rFonts w:ascii="Calibri" w:hAnsi="Calibri" w:cs="Calibri"/>
          <w:sz w:val="22"/>
          <w:lang w:val="it-IT"/>
        </w:rPr>
        <w:t xml:space="preserve"> __________________________________________</w:t>
      </w:r>
    </w:p>
    <w:p w14:paraId="19F2A341" w14:textId="77777777" w:rsidR="00B463BE" w:rsidRDefault="00C96831" w:rsidP="00ED0D06">
      <w:pPr>
        <w:spacing w:line="360" w:lineRule="auto"/>
        <w:rPr>
          <w:rFonts w:ascii="Calibri" w:hAnsi="Calibri" w:cs="Calibri"/>
          <w:b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Esito dello scrutinio:</w:t>
      </w:r>
    </w:p>
    <w:p w14:paraId="29FDEEBA" w14:textId="5596EC43" w:rsidR="009A7C07" w:rsidRPr="00555462" w:rsidRDefault="00C96831" w:rsidP="00ED0D06">
      <w:pPr>
        <w:spacing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 xml:space="preserve">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ammesso/a alla classe successiva  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sospensione del giudizio  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in attesa dell’esito  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non ammesso/a</w:t>
      </w:r>
    </w:p>
    <w:p w14:paraId="0DBC1B55" w14:textId="77777777" w:rsidR="009A7C07" w:rsidRPr="00555462" w:rsidRDefault="00C96831" w:rsidP="00ED0D06">
      <w:pPr>
        <w:spacing w:after="40"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In caso di sospensione, discipline interessate:</w:t>
      </w:r>
      <w:r w:rsidRPr="00555462">
        <w:rPr>
          <w:rFonts w:ascii="Calibri" w:hAnsi="Calibri" w:cs="Calibri"/>
          <w:sz w:val="22"/>
          <w:lang w:val="it-IT"/>
        </w:rPr>
        <w:t xml:space="preserve"> ___________________________________________</w:t>
      </w:r>
    </w:p>
    <w:p w14:paraId="0471437B" w14:textId="77777777" w:rsidR="009A7C07" w:rsidRPr="00555462" w:rsidRDefault="00C96831" w:rsidP="00ED0D06">
      <w:pPr>
        <w:spacing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 xml:space="preserve">Nulla osta: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allegato  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sarà trasmesso appena disponibile</w:t>
      </w:r>
    </w:p>
    <w:p w14:paraId="0836709F" w14:textId="77777777" w:rsidR="009A7C07" w:rsidRPr="00555462" w:rsidRDefault="00C96831" w:rsidP="00ED0D06">
      <w:pPr>
        <w:pStyle w:val="Titolo1"/>
        <w:spacing w:line="360" w:lineRule="auto"/>
        <w:rPr>
          <w:rFonts w:ascii="Calibri" w:hAnsi="Calibri" w:cs="Calibri"/>
          <w:color w:val="000000" w:themeColor="text1"/>
          <w:szCs w:val="22"/>
          <w:lang w:val="it-IT"/>
        </w:rPr>
      </w:pPr>
      <w:r w:rsidRPr="00555462">
        <w:rPr>
          <w:rFonts w:ascii="Calibri" w:hAnsi="Calibri" w:cs="Calibri"/>
          <w:color w:val="000000" w:themeColor="text1"/>
          <w:szCs w:val="22"/>
          <w:lang w:val="it-IT"/>
        </w:rPr>
        <w:lastRenderedPageBreak/>
        <w:t>5. CARRIERA SCOLASTICA</w:t>
      </w:r>
    </w:p>
    <w:p w14:paraId="2B8B3A50" w14:textId="77777777" w:rsidR="009A7C07" w:rsidRPr="00555462" w:rsidRDefault="00C96831" w:rsidP="00ED0D06">
      <w:pPr>
        <w:spacing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i/>
          <w:sz w:val="22"/>
          <w:lang w:val="it-IT"/>
        </w:rPr>
        <w:t>Indicare gli anni della scuola secondaria di secondo grado già frequentati.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700"/>
        <w:gridCol w:w="782"/>
        <w:gridCol w:w="2606"/>
        <w:gridCol w:w="3005"/>
        <w:gridCol w:w="1701"/>
      </w:tblGrid>
      <w:tr w:rsidR="009A7C07" w:rsidRPr="00555462" w14:paraId="0E50C39D" w14:textId="77777777" w:rsidTr="007D1106">
        <w:trPr>
          <w:jc w:val="center"/>
        </w:trPr>
        <w:tc>
          <w:tcPr>
            <w:tcW w:w="1700" w:type="dxa"/>
            <w:shd w:val="clear" w:color="auto" w:fill="D9D9D9" w:themeFill="background1" w:themeFillShade="D9"/>
            <w:vAlign w:val="center"/>
          </w:tcPr>
          <w:p w14:paraId="1748CB88" w14:textId="77777777" w:rsidR="009A7C07" w:rsidRPr="00555462" w:rsidRDefault="00C96831">
            <w:pPr>
              <w:spacing w:after="0"/>
              <w:rPr>
                <w:rFonts w:ascii="Calibri" w:hAnsi="Calibri" w:cs="Calibri"/>
                <w:sz w:val="22"/>
              </w:rPr>
            </w:pPr>
            <w:r w:rsidRPr="00555462">
              <w:rPr>
                <w:rFonts w:ascii="Calibri" w:hAnsi="Calibri" w:cs="Calibri"/>
                <w:b/>
                <w:sz w:val="22"/>
              </w:rPr>
              <w:t xml:space="preserve">Anno </w:t>
            </w:r>
            <w:proofErr w:type="spellStart"/>
            <w:r w:rsidRPr="00555462">
              <w:rPr>
                <w:rFonts w:ascii="Calibri" w:hAnsi="Calibri" w:cs="Calibri"/>
                <w:b/>
                <w:sz w:val="22"/>
              </w:rPr>
              <w:t>scolastico</w:t>
            </w:r>
            <w:proofErr w:type="spellEnd"/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5EB4EA49" w14:textId="77777777" w:rsidR="009A7C07" w:rsidRPr="00555462" w:rsidRDefault="00C96831">
            <w:pPr>
              <w:spacing w:after="0"/>
              <w:rPr>
                <w:rFonts w:ascii="Calibri" w:hAnsi="Calibri" w:cs="Calibri"/>
                <w:sz w:val="22"/>
              </w:rPr>
            </w:pPr>
            <w:r w:rsidRPr="00555462">
              <w:rPr>
                <w:rFonts w:ascii="Calibri" w:hAnsi="Calibri" w:cs="Calibri"/>
                <w:b/>
                <w:sz w:val="22"/>
              </w:rPr>
              <w:t>Classe</w:t>
            </w:r>
          </w:p>
        </w:tc>
        <w:tc>
          <w:tcPr>
            <w:tcW w:w="2606" w:type="dxa"/>
            <w:shd w:val="clear" w:color="auto" w:fill="D9D9D9" w:themeFill="background1" w:themeFillShade="D9"/>
            <w:vAlign w:val="center"/>
          </w:tcPr>
          <w:p w14:paraId="5D8CD01A" w14:textId="77777777" w:rsidR="009A7C07" w:rsidRPr="00555462" w:rsidRDefault="00C96831">
            <w:pPr>
              <w:spacing w:after="0"/>
              <w:rPr>
                <w:rFonts w:ascii="Calibri" w:hAnsi="Calibri" w:cs="Calibri"/>
                <w:sz w:val="22"/>
              </w:rPr>
            </w:pPr>
            <w:r w:rsidRPr="00555462">
              <w:rPr>
                <w:rFonts w:ascii="Calibri" w:hAnsi="Calibri" w:cs="Calibri"/>
                <w:b/>
                <w:sz w:val="22"/>
              </w:rPr>
              <w:t>Istituto</w:t>
            </w:r>
          </w:p>
        </w:tc>
        <w:tc>
          <w:tcPr>
            <w:tcW w:w="3005" w:type="dxa"/>
            <w:shd w:val="clear" w:color="auto" w:fill="D9D9D9" w:themeFill="background1" w:themeFillShade="D9"/>
            <w:vAlign w:val="center"/>
          </w:tcPr>
          <w:p w14:paraId="7E1870A0" w14:textId="77777777" w:rsidR="009A7C07" w:rsidRPr="00555462" w:rsidRDefault="00C96831">
            <w:pPr>
              <w:spacing w:after="0"/>
              <w:rPr>
                <w:rFonts w:ascii="Calibri" w:hAnsi="Calibri" w:cs="Calibri"/>
                <w:sz w:val="22"/>
              </w:rPr>
            </w:pPr>
            <w:r w:rsidRPr="00555462">
              <w:rPr>
                <w:rFonts w:ascii="Calibri" w:hAnsi="Calibri" w:cs="Calibri"/>
                <w:b/>
                <w:sz w:val="22"/>
              </w:rPr>
              <w:t>Indirizzo/articolazione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AA59BA5" w14:textId="77777777" w:rsidR="009A7C07" w:rsidRPr="00555462" w:rsidRDefault="00C96831">
            <w:pPr>
              <w:spacing w:after="0"/>
              <w:rPr>
                <w:rFonts w:ascii="Calibri" w:hAnsi="Calibri" w:cs="Calibri"/>
                <w:sz w:val="22"/>
              </w:rPr>
            </w:pPr>
            <w:r w:rsidRPr="00555462">
              <w:rPr>
                <w:rFonts w:ascii="Calibri" w:hAnsi="Calibri" w:cs="Calibri"/>
                <w:b/>
                <w:sz w:val="22"/>
              </w:rPr>
              <w:t>Esito finale</w:t>
            </w:r>
          </w:p>
        </w:tc>
      </w:tr>
      <w:tr w:rsidR="009A7C07" w:rsidRPr="00555462" w14:paraId="7A2B6D85" w14:textId="77777777" w:rsidTr="007D1106">
        <w:trPr>
          <w:jc w:val="center"/>
        </w:trPr>
        <w:tc>
          <w:tcPr>
            <w:tcW w:w="1700" w:type="dxa"/>
            <w:vAlign w:val="center"/>
          </w:tcPr>
          <w:p w14:paraId="4B6D1A21" w14:textId="77777777" w:rsidR="009A7C07" w:rsidRPr="00555462" w:rsidRDefault="00C96831">
            <w:pPr>
              <w:spacing w:after="0"/>
              <w:rPr>
                <w:rFonts w:ascii="Calibri" w:hAnsi="Calibri" w:cs="Calibri"/>
                <w:sz w:val="22"/>
              </w:rPr>
            </w:pPr>
            <w:r w:rsidRPr="00555462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782" w:type="dxa"/>
            <w:vAlign w:val="center"/>
          </w:tcPr>
          <w:p w14:paraId="33903164" w14:textId="77777777" w:rsidR="009A7C07" w:rsidRPr="00555462" w:rsidRDefault="00C96831">
            <w:pPr>
              <w:spacing w:after="0"/>
              <w:rPr>
                <w:rFonts w:ascii="Calibri" w:hAnsi="Calibri" w:cs="Calibri"/>
                <w:sz w:val="22"/>
              </w:rPr>
            </w:pPr>
            <w:r w:rsidRPr="00555462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2606" w:type="dxa"/>
            <w:vAlign w:val="center"/>
          </w:tcPr>
          <w:p w14:paraId="3DC39528" w14:textId="77777777" w:rsidR="009A7C07" w:rsidRPr="00555462" w:rsidRDefault="00C96831">
            <w:pPr>
              <w:spacing w:after="0"/>
              <w:rPr>
                <w:rFonts w:ascii="Calibri" w:hAnsi="Calibri" w:cs="Calibri"/>
                <w:sz w:val="22"/>
              </w:rPr>
            </w:pPr>
            <w:r w:rsidRPr="00555462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3005" w:type="dxa"/>
            <w:vAlign w:val="center"/>
          </w:tcPr>
          <w:p w14:paraId="133DF27B" w14:textId="77777777" w:rsidR="009A7C07" w:rsidRPr="00555462" w:rsidRDefault="00C96831">
            <w:pPr>
              <w:spacing w:after="0"/>
              <w:rPr>
                <w:rFonts w:ascii="Calibri" w:hAnsi="Calibri" w:cs="Calibri"/>
                <w:sz w:val="22"/>
              </w:rPr>
            </w:pPr>
            <w:r w:rsidRPr="00555462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701" w:type="dxa"/>
            <w:vAlign w:val="center"/>
          </w:tcPr>
          <w:p w14:paraId="4A8C0F15" w14:textId="77777777" w:rsidR="009A7C07" w:rsidRPr="00555462" w:rsidRDefault="00C96831">
            <w:pPr>
              <w:spacing w:after="0"/>
              <w:rPr>
                <w:rFonts w:ascii="Calibri" w:hAnsi="Calibri" w:cs="Calibri"/>
                <w:sz w:val="22"/>
              </w:rPr>
            </w:pPr>
            <w:r w:rsidRPr="00555462">
              <w:rPr>
                <w:rFonts w:ascii="Calibri" w:hAnsi="Calibri" w:cs="Calibri"/>
                <w:sz w:val="22"/>
              </w:rPr>
              <w:br/>
            </w:r>
          </w:p>
        </w:tc>
      </w:tr>
      <w:tr w:rsidR="009A7C07" w:rsidRPr="00555462" w14:paraId="475D7C0C" w14:textId="77777777" w:rsidTr="007D1106">
        <w:trPr>
          <w:jc w:val="center"/>
        </w:trPr>
        <w:tc>
          <w:tcPr>
            <w:tcW w:w="1700" w:type="dxa"/>
            <w:vAlign w:val="center"/>
          </w:tcPr>
          <w:p w14:paraId="6F157FCC" w14:textId="77777777" w:rsidR="009A7C07" w:rsidRPr="00555462" w:rsidRDefault="00C96831">
            <w:pPr>
              <w:spacing w:after="0"/>
              <w:rPr>
                <w:rFonts w:ascii="Calibri" w:hAnsi="Calibri" w:cs="Calibri"/>
                <w:sz w:val="22"/>
              </w:rPr>
            </w:pPr>
            <w:r w:rsidRPr="00555462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782" w:type="dxa"/>
            <w:vAlign w:val="center"/>
          </w:tcPr>
          <w:p w14:paraId="26D4B850" w14:textId="77777777" w:rsidR="009A7C07" w:rsidRPr="00555462" w:rsidRDefault="00C96831">
            <w:pPr>
              <w:spacing w:after="0"/>
              <w:rPr>
                <w:rFonts w:ascii="Calibri" w:hAnsi="Calibri" w:cs="Calibri"/>
                <w:sz w:val="22"/>
              </w:rPr>
            </w:pPr>
            <w:r w:rsidRPr="00555462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2606" w:type="dxa"/>
            <w:vAlign w:val="center"/>
          </w:tcPr>
          <w:p w14:paraId="49AF8AA3" w14:textId="77777777" w:rsidR="009A7C07" w:rsidRPr="00555462" w:rsidRDefault="00C96831">
            <w:pPr>
              <w:spacing w:after="0"/>
              <w:rPr>
                <w:rFonts w:ascii="Calibri" w:hAnsi="Calibri" w:cs="Calibri"/>
                <w:sz w:val="22"/>
              </w:rPr>
            </w:pPr>
            <w:r w:rsidRPr="00555462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3005" w:type="dxa"/>
            <w:vAlign w:val="center"/>
          </w:tcPr>
          <w:p w14:paraId="6E66642E" w14:textId="77777777" w:rsidR="009A7C07" w:rsidRPr="00555462" w:rsidRDefault="00C96831">
            <w:pPr>
              <w:spacing w:after="0"/>
              <w:rPr>
                <w:rFonts w:ascii="Calibri" w:hAnsi="Calibri" w:cs="Calibri"/>
                <w:sz w:val="22"/>
              </w:rPr>
            </w:pPr>
            <w:r w:rsidRPr="00555462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701" w:type="dxa"/>
            <w:vAlign w:val="center"/>
          </w:tcPr>
          <w:p w14:paraId="691E3829" w14:textId="77777777" w:rsidR="009A7C07" w:rsidRPr="00555462" w:rsidRDefault="00C96831">
            <w:pPr>
              <w:spacing w:after="0"/>
              <w:rPr>
                <w:rFonts w:ascii="Calibri" w:hAnsi="Calibri" w:cs="Calibri"/>
                <w:sz w:val="22"/>
              </w:rPr>
            </w:pPr>
            <w:r w:rsidRPr="00555462">
              <w:rPr>
                <w:rFonts w:ascii="Calibri" w:hAnsi="Calibri" w:cs="Calibri"/>
                <w:sz w:val="22"/>
              </w:rPr>
              <w:br/>
            </w:r>
          </w:p>
        </w:tc>
      </w:tr>
    </w:tbl>
    <w:p w14:paraId="5806B6A6" w14:textId="77777777" w:rsidR="009A7C07" w:rsidRPr="00555462" w:rsidRDefault="00C96831" w:rsidP="00ED0D06">
      <w:pPr>
        <w:spacing w:before="80"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Eventuali ripetenze, interruzioni, precedenti passaggi o frequenza di scuole straniere:</w:t>
      </w:r>
    </w:p>
    <w:p w14:paraId="1499D11A" w14:textId="77777777" w:rsidR="009A7C07" w:rsidRPr="00555462" w:rsidRDefault="00C96831" w:rsidP="00ED0D06">
      <w:pPr>
        <w:spacing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sz w:val="22"/>
          <w:lang w:val="it-IT"/>
        </w:rPr>
        <w:t>______________________________________________________________________________________</w:t>
      </w:r>
    </w:p>
    <w:p w14:paraId="6BF7A144" w14:textId="77777777" w:rsidR="009A7C07" w:rsidRPr="00555462" w:rsidRDefault="00C96831" w:rsidP="00ED0D06">
      <w:pPr>
        <w:spacing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sz w:val="22"/>
          <w:lang w:val="it-IT"/>
        </w:rPr>
        <w:t>______________________________________________________________________________________</w:t>
      </w:r>
    </w:p>
    <w:p w14:paraId="15F2B135" w14:textId="77777777" w:rsidR="009A7C07" w:rsidRPr="00555462" w:rsidRDefault="00C96831" w:rsidP="00ED0D06">
      <w:pPr>
        <w:pStyle w:val="Titolo1"/>
        <w:spacing w:line="360" w:lineRule="auto"/>
        <w:rPr>
          <w:rFonts w:ascii="Calibri" w:hAnsi="Calibri" w:cs="Calibri"/>
          <w:color w:val="000000" w:themeColor="text1"/>
          <w:szCs w:val="22"/>
          <w:lang w:val="it-IT"/>
        </w:rPr>
      </w:pPr>
      <w:r w:rsidRPr="00555462">
        <w:rPr>
          <w:rFonts w:ascii="Calibri" w:hAnsi="Calibri" w:cs="Calibri"/>
          <w:color w:val="000000" w:themeColor="text1"/>
          <w:szCs w:val="22"/>
          <w:lang w:val="it-IT"/>
        </w:rPr>
        <w:t>6. DOCUMENTAZIONE PERSONALE RILEVANTE</w:t>
      </w:r>
    </w:p>
    <w:p w14:paraId="078A0964" w14:textId="77777777" w:rsidR="00B463BE" w:rsidRDefault="00C96831" w:rsidP="00ED0D06">
      <w:pPr>
        <w:spacing w:line="360" w:lineRule="auto"/>
        <w:rPr>
          <w:rFonts w:ascii="Calibri" w:hAnsi="Calibri" w:cs="Calibri"/>
          <w:b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Lo/a studente/</w:t>
      </w:r>
      <w:proofErr w:type="spellStart"/>
      <w:r w:rsidRPr="00555462">
        <w:rPr>
          <w:rFonts w:ascii="Calibri" w:hAnsi="Calibri" w:cs="Calibri"/>
          <w:b/>
          <w:sz w:val="22"/>
          <w:lang w:val="it-IT"/>
        </w:rPr>
        <w:t>ssa</w:t>
      </w:r>
      <w:proofErr w:type="spellEnd"/>
      <w:r w:rsidRPr="00555462">
        <w:rPr>
          <w:rFonts w:ascii="Calibri" w:hAnsi="Calibri" w:cs="Calibri"/>
          <w:b/>
          <w:sz w:val="22"/>
          <w:lang w:val="it-IT"/>
        </w:rPr>
        <w:t xml:space="preserve">: </w:t>
      </w:r>
    </w:p>
    <w:p w14:paraId="1A84E957" w14:textId="6414A851" w:rsidR="009A7C07" w:rsidRPr="00555462" w:rsidRDefault="00C96831" w:rsidP="00ED0D06">
      <w:pPr>
        <w:spacing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non presenta certificazioni da segnalare</w:t>
      </w:r>
    </w:p>
    <w:p w14:paraId="77F87316" w14:textId="77777777" w:rsidR="009A7C07" w:rsidRPr="00555462" w:rsidRDefault="00C96831" w:rsidP="00ED0D06">
      <w:pPr>
        <w:spacing w:after="20" w:line="360" w:lineRule="auto"/>
        <w:ind w:left="113" w:hanging="113"/>
        <w:rPr>
          <w:rFonts w:ascii="Calibri" w:hAnsi="Calibri" w:cs="Calibri"/>
          <w:sz w:val="22"/>
          <w:lang w:val="it-IT"/>
        </w:rPr>
      </w:pP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è in possesso di certificazione di disabilità, DSA o altra documentazione rilevante ai fini delle prove;</w:t>
      </w:r>
    </w:p>
    <w:p w14:paraId="116413F2" w14:textId="77777777" w:rsidR="009A7C07" w:rsidRPr="00555462" w:rsidRDefault="00C96831" w:rsidP="00ED0D06">
      <w:pPr>
        <w:spacing w:after="20" w:line="360" w:lineRule="auto"/>
        <w:ind w:left="113" w:hanging="113"/>
        <w:rPr>
          <w:rFonts w:ascii="Calibri" w:hAnsi="Calibri" w:cs="Calibri"/>
          <w:sz w:val="22"/>
          <w:lang w:val="it-IT"/>
        </w:rPr>
      </w:pP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ha usufruito di PEI o PDP.</w:t>
      </w:r>
    </w:p>
    <w:p w14:paraId="475DF59E" w14:textId="77777777" w:rsidR="009A7C07" w:rsidRPr="00555462" w:rsidRDefault="00C96831" w:rsidP="00ED0D06">
      <w:pPr>
        <w:spacing w:line="360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 xml:space="preserve">La documentazione: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è allegata  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sarà trasmessa entro il termine comunicato dall’Istituto</w:t>
      </w:r>
    </w:p>
    <w:p w14:paraId="7AA48BE8" w14:textId="77777777" w:rsidR="009A7C07" w:rsidRPr="00555462" w:rsidRDefault="00C96831" w:rsidP="00ED0D06">
      <w:pPr>
        <w:pStyle w:val="Titolo1"/>
        <w:spacing w:line="360" w:lineRule="auto"/>
        <w:rPr>
          <w:rFonts w:ascii="Calibri" w:hAnsi="Calibri" w:cs="Calibri"/>
          <w:color w:val="000000" w:themeColor="text1"/>
          <w:szCs w:val="22"/>
          <w:lang w:val="it-IT"/>
        </w:rPr>
      </w:pPr>
      <w:r w:rsidRPr="00555462">
        <w:rPr>
          <w:rFonts w:ascii="Calibri" w:hAnsi="Calibri" w:cs="Calibri"/>
          <w:color w:val="000000" w:themeColor="text1"/>
          <w:szCs w:val="22"/>
          <w:lang w:val="it-IT"/>
        </w:rPr>
        <w:t>7. DOCUMENTAZIONE ALLEGATA</w:t>
      </w:r>
    </w:p>
    <w:p w14:paraId="1598377F" w14:textId="77777777" w:rsidR="009A7C07" w:rsidRPr="00555462" w:rsidRDefault="00C96831" w:rsidP="000D78A2">
      <w:pPr>
        <w:spacing w:after="20" w:line="276" w:lineRule="auto"/>
        <w:ind w:left="113" w:hanging="113"/>
        <w:rPr>
          <w:rFonts w:ascii="Calibri" w:hAnsi="Calibri" w:cs="Calibri"/>
          <w:sz w:val="22"/>
          <w:lang w:val="it-IT"/>
        </w:rPr>
      </w:pP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documento di identità e codice fiscale del candidato;</w:t>
      </w:r>
    </w:p>
    <w:p w14:paraId="0B95D27D" w14:textId="77777777" w:rsidR="009A7C07" w:rsidRPr="00555462" w:rsidRDefault="00C96831" w:rsidP="000D78A2">
      <w:pPr>
        <w:spacing w:after="20" w:line="276" w:lineRule="auto"/>
        <w:ind w:left="113" w:hanging="113"/>
        <w:rPr>
          <w:rFonts w:ascii="Calibri" w:hAnsi="Calibri" w:cs="Calibri"/>
          <w:sz w:val="22"/>
          <w:lang w:val="it-IT"/>
        </w:rPr>
      </w:pP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documento di identità del genitore/tutore, se il candidato è minorenne;</w:t>
      </w:r>
    </w:p>
    <w:p w14:paraId="0DB8C69A" w14:textId="77777777" w:rsidR="009A7C07" w:rsidRPr="00555462" w:rsidRDefault="00C96831" w:rsidP="000D78A2">
      <w:pPr>
        <w:spacing w:after="20" w:line="276" w:lineRule="auto"/>
        <w:ind w:left="113" w:hanging="113"/>
        <w:rPr>
          <w:rFonts w:ascii="Calibri" w:hAnsi="Calibri" w:cs="Calibri"/>
          <w:sz w:val="22"/>
          <w:lang w:val="it-IT"/>
        </w:rPr>
      </w:pP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pagelle, certificazioni scolastiche ed esito dello scrutinio finale;</w:t>
      </w:r>
    </w:p>
    <w:p w14:paraId="31100019" w14:textId="77777777" w:rsidR="009A7C07" w:rsidRPr="00555462" w:rsidRDefault="00C96831" w:rsidP="000D78A2">
      <w:pPr>
        <w:spacing w:after="20" w:line="276" w:lineRule="auto"/>
        <w:ind w:left="113" w:hanging="113"/>
        <w:rPr>
          <w:rFonts w:ascii="Calibri" w:hAnsi="Calibri" w:cs="Calibri"/>
          <w:sz w:val="22"/>
          <w:lang w:val="it-IT"/>
        </w:rPr>
      </w:pP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nulla osta della scuola di provenienza, se disponibile;</w:t>
      </w:r>
    </w:p>
    <w:p w14:paraId="4DE08524" w14:textId="77777777" w:rsidR="009A7C07" w:rsidRPr="00555462" w:rsidRDefault="00C96831" w:rsidP="000D78A2">
      <w:pPr>
        <w:spacing w:after="20" w:line="276" w:lineRule="auto"/>
        <w:ind w:left="113" w:hanging="113"/>
        <w:rPr>
          <w:rFonts w:ascii="Calibri" w:hAnsi="Calibri" w:cs="Calibri"/>
          <w:sz w:val="22"/>
          <w:lang w:val="it-IT"/>
        </w:rPr>
      </w:pP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eventuale documentazione relativa a disabilità, DSA o altri bisogni educativi;</w:t>
      </w:r>
    </w:p>
    <w:p w14:paraId="3960898D" w14:textId="77777777" w:rsidR="009A7C07" w:rsidRPr="00555462" w:rsidRDefault="00C96831" w:rsidP="000D78A2">
      <w:pPr>
        <w:spacing w:after="20" w:line="276" w:lineRule="auto"/>
        <w:ind w:left="113" w:hanging="113"/>
        <w:rPr>
          <w:rFonts w:ascii="Calibri" w:hAnsi="Calibri" w:cs="Calibri"/>
          <w:sz w:val="22"/>
          <w:lang w:val="it-IT"/>
        </w:rPr>
      </w:pP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per studenti provenienti da scuole straniere, documentazione scolastica con traduzione in italiano;</w:t>
      </w:r>
    </w:p>
    <w:p w14:paraId="0B225B85" w14:textId="39A87203" w:rsidR="009A7C07" w:rsidRPr="00555462" w:rsidRDefault="00C96831" w:rsidP="000D78A2">
      <w:pPr>
        <w:spacing w:after="20" w:line="276" w:lineRule="auto"/>
        <w:ind w:left="113" w:hanging="113"/>
        <w:rPr>
          <w:rFonts w:ascii="Calibri" w:hAnsi="Calibri" w:cs="Calibri"/>
          <w:sz w:val="22"/>
          <w:lang w:val="it-IT"/>
        </w:rPr>
      </w:pP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altra documentazione utile: _________________________________________________</w:t>
      </w:r>
    </w:p>
    <w:p w14:paraId="401DA1A8" w14:textId="17094206" w:rsidR="009A7C07" w:rsidRPr="00555462" w:rsidRDefault="007D1106">
      <w:pPr>
        <w:pStyle w:val="Titolo1"/>
        <w:rPr>
          <w:rFonts w:ascii="Calibri" w:hAnsi="Calibri" w:cs="Calibri"/>
          <w:color w:val="000000" w:themeColor="text1"/>
          <w:szCs w:val="22"/>
          <w:lang w:val="it-IT"/>
        </w:rPr>
      </w:pPr>
      <w:r>
        <w:rPr>
          <w:rFonts w:ascii="Calibri" w:hAnsi="Calibri" w:cs="Calibri"/>
          <w:color w:val="000000" w:themeColor="text1"/>
          <w:szCs w:val="22"/>
          <w:lang w:val="it-IT"/>
        </w:rPr>
        <w:t>8</w:t>
      </w:r>
      <w:r w:rsidR="00C96831" w:rsidRPr="00555462">
        <w:rPr>
          <w:rFonts w:ascii="Calibri" w:hAnsi="Calibri" w:cs="Calibri"/>
          <w:color w:val="000000" w:themeColor="text1"/>
          <w:szCs w:val="22"/>
          <w:lang w:val="it-IT"/>
        </w:rPr>
        <w:t>. TRATTAMENTO DEI DATI PERSONALI</w:t>
      </w:r>
    </w:p>
    <w:p w14:paraId="4BCF878B" w14:textId="77777777" w:rsidR="009A7C07" w:rsidRDefault="00C96831">
      <w:pPr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sz w:val="22"/>
          <w:lang w:val="it-IT"/>
        </w:rPr>
        <w:t>Il/La sottoscritto/a dichiara di aver preso visione dell’informativa sul trattamento dei dati personali pubblicata sul sito istituzionale. I dati saranno utilizzati esclusivamente per la gestione della domanda, lo svolgimento degli esami e l’eventuale perfezionamento dell’iscrizione, nel rispetto della normativa vigente.</w:t>
      </w:r>
    </w:p>
    <w:p w14:paraId="642B4C7D" w14:textId="77777777" w:rsidR="007D1106" w:rsidRPr="00555462" w:rsidRDefault="007D1106">
      <w:pPr>
        <w:rPr>
          <w:rFonts w:ascii="Calibri" w:hAnsi="Calibri" w:cs="Calibri"/>
          <w:sz w:val="22"/>
          <w:lang w:val="it-IT"/>
        </w:rPr>
      </w:pPr>
    </w:p>
    <w:p w14:paraId="13B61F24" w14:textId="77777777" w:rsidR="00555462" w:rsidRPr="00555462" w:rsidRDefault="00555462" w:rsidP="00761463">
      <w:pPr>
        <w:shd w:val="clear" w:color="auto" w:fill="FFFFFF"/>
        <w:spacing w:before="100" w:beforeAutospacing="1" w:after="0"/>
        <w:ind w:left="567"/>
        <w:outlineLvl w:val="2"/>
        <w:rPr>
          <w:rFonts w:ascii="Calibri" w:eastAsia="Times New Roman" w:hAnsi="Calibri" w:cs="Calibri"/>
          <w:b/>
          <w:bCs/>
          <w:color w:val="222222"/>
          <w:sz w:val="22"/>
          <w:lang w:val="it-IT" w:eastAsia="it-IT"/>
        </w:rPr>
      </w:pPr>
      <w:r w:rsidRPr="00555462">
        <w:rPr>
          <w:rFonts w:ascii="Calibri" w:eastAsia="Times New Roman" w:hAnsi="Calibri" w:cs="Calibri"/>
          <w:b/>
          <w:bCs/>
          <w:color w:val="222222"/>
          <w:sz w:val="22"/>
          <w:lang w:val="it-IT" w:eastAsia="it-IT"/>
        </w:rPr>
        <w:t>FIRMA DEI GENITORI / ESERCENTI LA RESPONSABILITÀ GENITORIALE</w:t>
      </w:r>
    </w:p>
    <w:p w14:paraId="4CD569DD" w14:textId="77777777" w:rsidR="00555462" w:rsidRPr="00555462" w:rsidRDefault="00555462" w:rsidP="0009614E">
      <w:pPr>
        <w:shd w:val="clear" w:color="auto" w:fill="FFFFFF"/>
        <w:spacing w:after="100" w:afterAutospacing="1"/>
        <w:ind w:left="567"/>
        <w:rPr>
          <w:rFonts w:ascii="Calibri" w:eastAsia="Times New Roman" w:hAnsi="Calibri" w:cs="Calibri"/>
          <w:color w:val="222222"/>
          <w:sz w:val="22"/>
          <w:lang w:val="it-IT" w:eastAsia="it-IT"/>
        </w:rPr>
      </w:pPr>
      <w:r w:rsidRPr="00555462">
        <w:rPr>
          <w:rFonts w:ascii="Calibri" w:eastAsia="Times New Roman" w:hAnsi="Calibri" w:cs="Calibri"/>
          <w:i/>
          <w:iCs/>
          <w:color w:val="222222"/>
          <w:sz w:val="22"/>
          <w:lang w:val="it-IT" w:eastAsia="it-IT"/>
        </w:rPr>
        <w:t>La presente scelta rientra nella responsabilità genitoriale e deve essere condivisa dai genitori, salvo i casi di esercizio esclusivo della responsabilità genitoriale.</w:t>
      </w:r>
    </w:p>
    <w:p w14:paraId="324B2F8F" w14:textId="3FA3C112" w:rsidR="00555462" w:rsidRPr="00555462" w:rsidRDefault="00555462" w:rsidP="00551A71">
      <w:pPr>
        <w:shd w:val="clear" w:color="auto" w:fill="FFFFFF"/>
        <w:spacing w:before="100" w:beforeAutospacing="1" w:after="100" w:afterAutospacing="1"/>
        <w:ind w:left="567"/>
        <w:rPr>
          <w:rFonts w:ascii="Calibri" w:eastAsia="Times New Roman" w:hAnsi="Calibri" w:cs="Calibri"/>
          <w:color w:val="222222"/>
          <w:sz w:val="22"/>
          <w:lang w:val="it-IT" w:eastAsia="it-IT"/>
        </w:rPr>
      </w:pPr>
      <w:r w:rsidRPr="00555462">
        <w:rPr>
          <w:rFonts w:ascii="Calibri" w:eastAsia="Times New Roman" w:hAnsi="Calibri" w:cs="Calibri"/>
          <w:color w:val="222222"/>
          <w:sz w:val="22"/>
          <w:lang w:val="it-IT" w:eastAsia="it-IT"/>
        </w:rPr>
        <w:t>Firma del genitore  ____________________</w:t>
      </w:r>
    </w:p>
    <w:p w14:paraId="096C467D" w14:textId="0832A9FB" w:rsidR="00555462" w:rsidRPr="00555462" w:rsidRDefault="00555462" w:rsidP="00551A71">
      <w:pPr>
        <w:shd w:val="clear" w:color="auto" w:fill="FFFFFF"/>
        <w:spacing w:before="100" w:beforeAutospacing="1" w:after="100" w:afterAutospacing="1"/>
        <w:ind w:left="567"/>
        <w:rPr>
          <w:rFonts w:ascii="Calibri" w:eastAsia="Times New Roman" w:hAnsi="Calibri" w:cs="Calibri"/>
          <w:color w:val="222222"/>
          <w:sz w:val="22"/>
          <w:lang w:val="it-IT" w:eastAsia="it-IT"/>
        </w:rPr>
      </w:pPr>
      <w:r w:rsidRPr="00555462">
        <w:rPr>
          <w:rFonts w:ascii="Calibri" w:eastAsia="Times New Roman" w:hAnsi="Calibri" w:cs="Calibri"/>
          <w:color w:val="222222"/>
          <w:sz w:val="22"/>
          <w:lang w:val="it-IT" w:eastAsia="it-IT"/>
        </w:rPr>
        <w:t>Firma del genitore  ____________________</w:t>
      </w:r>
    </w:p>
    <w:p w14:paraId="19D8CC1B" w14:textId="3A38071E" w:rsidR="00555462" w:rsidRPr="00555462" w:rsidRDefault="00555462" w:rsidP="00551A71">
      <w:pPr>
        <w:shd w:val="clear" w:color="auto" w:fill="FFFFFF"/>
        <w:spacing w:before="100" w:beforeAutospacing="1" w:after="100" w:afterAutospacing="1"/>
        <w:ind w:left="567"/>
        <w:rPr>
          <w:rFonts w:ascii="Calibri" w:eastAsia="Times New Roman" w:hAnsi="Calibri" w:cs="Calibri"/>
          <w:color w:val="222222"/>
          <w:sz w:val="22"/>
          <w:lang w:val="it-IT" w:eastAsia="it-IT"/>
        </w:rPr>
      </w:pPr>
      <w:r w:rsidRPr="00555462">
        <w:rPr>
          <w:rFonts w:ascii="Calibri" w:eastAsia="Times New Roman" w:hAnsi="Calibri" w:cs="Calibri"/>
          <w:b/>
          <w:bCs/>
          <w:i/>
          <w:iCs/>
          <w:color w:val="222222"/>
          <w:sz w:val="22"/>
          <w:lang w:val="it-IT" w:eastAsia="it-IT"/>
        </w:rPr>
        <w:t xml:space="preserve">In caso di firma di un solo genitore, </w:t>
      </w:r>
      <w:r w:rsidRPr="00551A71">
        <w:rPr>
          <w:rFonts w:ascii="Calibri" w:eastAsia="Times New Roman" w:hAnsi="Calibri" w:cs="Calibri"/>
          <w:b/>
          <w:bCs/>
          <w:i/>
          <w:iCs/>
          <w:color w:val="222222"/>
          <w:sz w:val="22"/>
          <w:u w:val="single"/>
          <w:lang w:val="it-IT" w:eastAsia="it-IT"/>
        </w:rPr>
        <w:t>barrare</w:t>
      </w:r>
      <w:r w:rsidR="00551A71" w:rsidRPr="00551A71">
        <w:rPr>
          <w:rFonts w:ascii="Calibri" w:eastAsia="Times New Roman" w:hAnsi="Calibri" w:cs="Calibri"/>
          <w:b/>
          <w:bCs/>
          <w:i/>
          <w:iCs/>
          <w:color w:val="222222"/>
          <w:sz w:val="22"/>
          <w:u w:val="single"/>
          <w:lang w:val="it-IT" w:eastAsia="it-IT"/>
        </w:rPr>
        <w:t xml:space="preserve"> obbligatoriamente</w:t>
      </w:r>
      <w:r w:rsidRPr="00555462">
        <w:rPr>
          <w:rFonts w:ascii="Calibri" w:eastAsia="Times New Roman" w:hAnsi="Calibri" w:cs="Calibri"/>
          <w:b/>
          <w:bCs/>
          <w:i/>
          <w:iCs/>
          <w:color w:val="222222"/>
          <w:sz w:val="22"/>
          <w:lang w:val="it-IT" w:eastAsia="it-IT"/>
        </w:rPr>
        <w:t xml:space="preserve"> una delle seguenti opzioni:</w:t>
      </w:r>
    </w:p>
    <w:p w14:paraId="7AEDEA98" w14:textId="29BB9F95" w:rsidR="00555462" w:rsidRPr="00555462" w:rsidRDefault="00555462" w:rsidP="00551A71">
      <w:pPr>
        <w:shd w:val="clear" w:color="auto" w:fill="FFFFFF"/>
        <w:spacing w:before="100" w:beforeAutospacing="1" w:after="100" w:afterAutospacing="1"/>
        <w:ind w:left="567"/>
        <w:rPr>
          <w:rFonts w:ascii="Calibri" w:eastAsia="Times New Roman" w:hAnsi="Calibri" w:cs="Calibri"/>
          <w:color w:val="222222"/>
          <w:sz w:val="22"/>
          <w:lang w:val="it-IT" w:eastAsia="it-IT"/>
        </w:rPr>
      </w:pPr>
      <w:r w:rsidRPr="00555462">
        <w:rPr>
          <w:rFonts w:ascii="Calibri" w:eastAsia="Times New Roman" w:hAnsi="Calibri" w:cs="Calibri"/>
          <w:color w:val="222222"/>
          <w:sz w:val="22"/>
          <w:lang w:val="it-IT" w:eastAsia="it-IT"/>
        </w:rPr>
        <w:t>□ Ho acquisito il consenso dell'altro genitore.</w:t>
      </w:r>
      <w:r w:rsidR="00551A71">
        <w:rPr>
          <w:rFonts w:ascii="Calibri" w:eastAsia="Times New Roman" w:hAnsi="Calibri" w:cs="Calibri"/>
          <w:color w:val="222222"/>
          <w:sz w:val="22"/>
          <w:lang w:val="it-IT" w:eastAsia="it-IT"/>
        </w:rPr>
        <w:t xml:space="preserve"> / </w:t>
      </w:r>
      <w:r w:rsidRPr="00555462">
        <w:rPr>
          <w:rFonts w:ascii="Calibri" w:eastAsia="Times New Roman" w:hAnsi="Calibri" w:cs="Calibri"/>
          <w:color w:val="222222"/>
          <w:sz w:val="22"/>
          <w:lang w:val="it-IT" w:eastAsia="it-IT"/>
        </w:rPr>
        <w:t>□ Sono l'unico esercente la responsabilità genitoriale.</w:t>
      </w:r>
    </w:p>
    <w:p w14:paraId="328E0A29" w14:textId="2CB5763B" w:rsidR="001956C2" w:rsidRPr="00555462" w:rsidRDefault="00262D44">
      <w:pPr>
        <w:jc w:val="center"/>
        <w:rPr>
          <w:rFonts w:ascii="Calibri" w:hAnsi="Calibri" w:cs="Calibri"/>
          <w:b/>
          <w:sz w:val="22"/>
          <w:lang w:val="it-IT"/>
        </w:rPr>
      </w:pPr>
      <w:r>
        <w:rPr>
          <w:rFonts w:ascii="Calibri" w:hAnsi="Calibri" w:cs="Calibri"/>
          <w:b/>
          <w:sz w:val="22"/>
          <w:lang w:val="it-IT"/>
        </w:rPr>
        <w:lastRenderedPageBreak/>
        <w:t xml:space="preserve">_________________________________________________________________________ </w:t>
      </w:r>
    </w:p>
    <w:p w14:paraId="471A9935" w14:textId="77777777" w:rsidR="001956C2" w:rsidRPr="00555462" w:rsidRDefault="001956C2">
      <w:pPr>
        <w:jc w:val="center"/>
        <w:rPr>
          <w:rFonts w:ascii="Calibri" w:hAnsi="Calibri" w:cs="Calibri"/>
          <w:b/>
          <w:sz w:val="22"/>
          <w:lang w:val="it-IT"/>
        </w:rPr>
      </w:pPr>
    </w:p>
    <w:p w14:paraId="298EDB57" w14:textId="2623D121" w:rsidR="009A7C07" w:rsidRPr="00A0163C" w:rsidRDefault="00C96831">
      <w:pPr>
        <w:jc w:val="center"/>
        <w:rPr>
          <w:rFonts w:ascii="Calibri" w:hAnsi="Calibri" w:cs="Calibri"/>
          <w:sz w:val="22"/>
          <w:u w:val="single"/>
          <w:lang w:val="it-IT"/>
        </w:rPr>
      </w:pPr>
      <w:r w:rsidRPr="00A0163C">
        <w:rPr>
          <w:rFonts w:ascii="Calibri" w:hAnsi="Calibri" w:cs="Calibri"/>
          <w:b/>
          <w:sz w:val="22"/>
          <w:u w:val="single"/>
          <w:lang w:val="it-IT"/>
        </w:rPr>
        <w:t>SEZIONE RISERVATA ALL’UFFICIO</w:t>
      </w:r>
    </w:p>
    <w:p w14:paraId="48191C35" w14:textId="77777777" w:rsidR="009A7C07" w:rsidRPr="00555462" w:rsidRDefault="00C96831" w:rsidP="00A0163C">
      <w:pPr>
        <w:spacing w:line="276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 xml:space="preserve">Documentazione: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completa  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incompleta  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da integrare entro il ____/____/________</w:t>
      </w:r>
    </w:p>
    <w:p w14:paraId="065BFFCA" w14:textId="77777777" w:rsidR="009A7C07" w:rsidRPr="00555462" w:rsidRDefault="00C96831" w:rsidP="00A0163C">
      <w:pPr>
        <w:spacing w:line="276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 xml:space="preserve">Esito dell’istruttoria: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ammesso/a  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ammesso/a con riserva  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non ammesso/a  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domanda non procedibile</w:t>
      </w:r>
    </w:p>
    <w:p w14:paraId="12709664" w14:textId="77777777" w:rsidR="009A7C07" w:rsidRPr="00555462" w:rsidRDefault="00C96831" w:rsidP="00A0163C">
      <w:pPr>
        <w:spacing w:after="40" w:line="276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Classe e indirizzo richiesti:</w:t>
      </w:r>
      <w:r w:rsidRPr="00555462">
        <w:rPr>
          <w:rFonts w:ascii="Calibri" w:hAnsi="Calibri" w:cs="Calibri"/>
          <w:sz w:val="22"/>
          <w:lang w:val="it-IT"/>
        </w:rPr>
        <w:t xml:space="preserve"> ________________________________________________</w:t>
      </w:r>
    </w:p>
    <w:p w14:paraId="0446420A" w14:textId="77777777" w:rsidR="009A7C07" w:rsidRPr="00555462" w:rsidRDefault="00C96831" w:rsidP="00A0163C">
      <w:pPr>
        <w:spacing w:after="40" w:line="276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>Discipline oggetto d’esame:</w:t>
      </w:r>
      <w:r w:rsidRPr="00555462">
        <w:rPr>
          <w:rFonts w:ascii="Calibri" w:hAnsi="Calibri" w:cs="Calibri"/>
          <w:sz w:val="22"/>
          <w:lang w:val="it-IT"/>
        </w:rPr>
        <w:t xml:space="preserve"> _________________________________________________</w:t>
      </w:r>
    </w:p>
    <w:p w14:paraId="16602698" w14:textId="77777777" w:rsidR="009A7C07" w:rsidRPr="00555462" w:rsidRDefault="00C96831" w:rsidP="00A0163C">
      <w:pPr>
        <w:spacing w:line="276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sz w:val="22"/>
          <w:lang w:val="it-IT"/>
        </w:rPr>
        <w:t>______________________________________________________________________________________</w:t>
      </w:r>
    </w:p>
    <w:p w14:paraId="01B54819" w14:textId="77777777" w:rsidR="009A7C07" w:rsidRPr="00555462" w:rsidRDefault="00C96831" w:rsidP="00A0163C">
      <w:pPr>
        <w:spacing w:line="276" w:lineRule="auto"/>
        <w:rPr>
          <w:rFonts w:ascii="Calibri" w:hAnsi="Calibri" w:cs="Calibri"/>
          <w:sz w:val="22"/>
          <w:lang w:val="it-IT"/>
        </w:rPr>
      </w:pPr>
      <w:r w:rsidRPr="00555462">
        <w:rPr>
          <w:rFonts w:ascii="Calibri" w:hAnsi="Calibri" w:cs="Calibri"/>
          <w:b/>
          <w:sz w:val="22"/>
          <w:lang w:val="it-IT"/>
        </w:rPr>
        <w:t xml:space="preserve">Programmi messi a disposizione in data ____/____/________ tramite: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e-mail  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sito istituzionale  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Segreteria   </w:t>
      </w:r>
      <w:r w:rsidRPr="00555462">
        <w:rPr>
          <w:rFonts w:ascii="Segoe UI Symbol" w:hAnsi="Segoe UI Symbol" w:cs="Segoe UI Symbol"/>
          <w:sz w:val="22"/>
          <w:lang w:val="it-IT"/>
        </w:rPr>
        <w:t>☐</w:t>
      </w:r>
      <w:r w:rsidRPr="00555462">
        <w:rPr>
          <w:rFonts w:ascii="Calibri" w:hAnsi="Calibri" w:cs="Calibri"/>
          <w:sz w:val="22"/>
          <w:lang w:val="it-IT"/>
        </w:rPr>
        <w:t xml:space="preserve"> altro __________________</w:t>
      </w:r>
    </w:p>
    <w:p w14:paraId="229BA75F" w14:textId="09576D2B" w:rsidR="009A7C07" w:rsidRPr="00555462" w:rsidRDefault="00C96831" w:rsidP="00A0163C">
      <w:pPr>
        <w:spacing w:after="40" w:line="276" w:lineRule="auto"/>
        <w:rPr>
          <w:rFonts w:ascii="Calibri" w:hAnsi="Calibri" w:cs="Calibri"/>
          <w:sz w:val="22"/>
        </w:rPr>
      </w:pPr>
      <w:proofErr w:type="spellStart"/>
      <w:r w:rsidRPr="00555462">
        <w:rPr>
          <w:rFonts w:ascii="Calibri" w:hAnsi="Calibri" w:cs="Calibri"/>
          <w:b/>
          <w:sz w:val="22"/>
        </w:rPr>
        <w:t>Annotazioni</w:t>
      </w:r>
      <w:proofErr w:type="spellEnd"/>
      <w:r w:rsidRPr="00555462">
        <w:rPr>
          <w:rFonts w:ascii="Calibri" w:hAnsi="Calibri" w:cs="Calibri"/>
          <w:b/>
          <w:sz w:val="22"/>
        </w:rPr>
        <w:t>:</w:t>
      </w:r>
      <w:r w:rsidRPr="00555462">
        <w:rPr>
          <w:rFonts w:ascii="Calibri" w:hAnsi="Calibri" w:cs="Calibri"/>
          <w:sz w:val="22"/>
        </w:rPr>
        <w:t xml:space="preserve"> _____</w:t>
      </w:r>
      <w:r w:rsidR="004B4728">
        <w:rPr>
          <w:rFonts w:ascii="Calibri" w:hAnsi="Calibri" w:cs="Calibri"/>
          <w:sz w:val="22"/>
        </w:rPr>
        <w:t>_____</w:t>
      </w:r>
      <w:r w:rsidRPr="00555462">
        <w:rPr>
          <w:rFonts w:ascii="Calibri" w:hAnsi="Calibri" w:cs="Calibri"/>
          <w:sz w:val="22"/>
        </w:rPr>
        <w:t>__________________________________________________________</w:t>
      </w:r>
    </w:p>
    <w:sectPr w:rsidR="009A7C07" w:rsidRPr="00555462" w:rsidSect="00034616">
      <w:footerReference w:type="default" r:id="rId8"/>
      <w:pgSz w:w="11906" w:h="16838"/>
      <w:pgMar w:top="907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E44A5" w14:textId="77777777" w:rsidR="00D2255A" w:rsidRDefault="00D2255A">
      <w:pPr>
        <w:spacing w:after="0"/>
      </w:pPr>
      <w:r>
        <w:separator/>
      </w:r>
    </w:p>
  </w:endnote>
  <w:endnote w:type="continuationSeparator" w:id="0">
    <w:p w14:paraId="70A52674" w14:textId="77777777" w:rsidR="00D2255A" w:rsidRDefault="00D2255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167344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BE8781E" w14:textId="3DB08C19" w:rsidR="00ED0D06" w:rsidRDefault="00ED0D06">
            <w:pPr>
              <w:pStyle w:val="Pidipagina"/>
              <w:jc w:val="right"/>
            </w:pPr>
            <w:r w:rsidRPr="00ED0D06">
              <w:rPr>
                <w:rFonts w:ascii="Calibri" w:hAnsi="Calibri" w:cs="Calibri"/>
                <w:sz w:val="18"/>
                <w:szCs w:val="18"/>
                <w:lang w:val="it-IT"/>
              </w:rPr>
              <w:t xml:space="preserve">Pag. </w:t>
            </w:r>
            <w:r w:rsidRPr="00ED0D06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/>
            </w:r>
            <w:r w:rsidRPr="00ED0D06">
              <w:rPr>
                <w:rFonts w:ascii="Calibri" w:hAnsi="Calibri" w:cs="Calibri"/>
                <w:b/>
                <w:bCs/>
                <w:sz w:val="18"/>
                <w:szCs w:val="18"/>
              </w:rPr>
              <w:instrText>PAGE</w:instrText>
            </w:r>
            <w:r w:rsidRPr="00ED0D06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ED0D06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2</w:t>
            </w:r>
            <w:r w:rsidRPr="00ED0D06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  <w:r w:rsidRPr="00ED0D06">
              <w:rPr>
                <w:rFonts w:ascii="Calibri" w:hAnsi="Calibri" w:cs="Calibri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  <w:lang w:val="it-IT"/>
              </w:rPr>
              <w:t>di</w:t>
            </w:r>
            <w:r w:rsidRPr="00ED0D06">
              <w:rPr>
                <w:rFonts w:ascii="Calibri" w:hAnsi="Calibri" w:cs="Calibri"/>
                <w:sz w:val="18"/>
                <w:szCs w:val="18"/>
                <w:lang w:val="it-IT"/>
              </w:rPr>
              <w:t xml:space="preserve"> </w:t>
            </w:r>
            <w:r w:rsidRPr="00ED0D06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begin"/>
            </w:r>
            <w:r w:rsidRPr="00ED0D06">
              <w:rPr>
                <w:rFonts w:ascii="Calibri" w:hAnsi="Calibri" w:cs="Calibri"/>
                <w:b/>
                <w:bCs/>
                <w:sz w:val="18"/>
                <w:szCs w:val="18"/>
              </w:rPr>
              <w:instrText>NUMPAGES</w:instrText>
            </w:r>
            <w:r w:rsidRPr="00ED0D06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separate"/>
            </w:r>
            <w:r w:rsidRPr="00ED0D06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2</w:t>
            </w:r>
            <w:r w:rsidRPr="00ED0D06">
              <w:rPr>
                <w:rFonts w:ascii="Calibri" w:hAnsi="Calibri" w:cs="Calibr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E2CE156" w14:textId="33FC94E2" w:rsidR="009A7C07" w:rsidRPr="00327A17" w:rsidRDefault="009A7C07">
    <w:pPr>
      <w:pStyle w:val="Pidipagina"/>
      <w:jc w:val="cen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796E5" w14:textId="77777777" w:rsidR="00D2255A" w:rsidRDefault="00D2255A">
      <w:pPr>
        <w:spacing w:after="0"/>
      </w:pPr>
      <w:r>
        <w:separator/>
      </w:r>
    </w:p>
  </w:footnote>
  <w:footnote w:type="continuationSeparator" w:id="0">
    <w:p w14:paraId="6402AAD0" w14:textId="77777777" w:rsidR="00D2255A" w:rsidRDefault="00D2255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3E7C8A"/>
    <w:multiLevelType w:val="hybridMultilevel"/>
    <w:tmpl w:val="037CEF8E"/>
    <w:lvl w:ilvl="0" w:tplc="AB6E45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322287">
    <w:abstractNumId w:val="8"/>
  </w:num>
  <w:num w:numId="2" w16cid:durableId="1099063543">
    <w:abstractNumId w:val="6"/>
  </w:num>
  <w:num w:numId="3" w16cid:durableId="741830023">
    <w:abstractNumId w:val="5"/>
  </w:num>
  <w:num w:numId="4" w16cid:durableId="1058868449">
    <w:abstractNumId w:val="4"/>
  </w:num>
  <w:num w:numId="5" w16cid:durableId="1450781842">
    <w:abstractNumId w:val="7"/>
  </w:num>
  <w:num w:numId="6" w16cid:durableId="510296057">
    <w:abstractNumId w:val="3"/>
  </w:num>
  <w:num w:numId="7" w16cid:durableId="1253320263">
    <w:abstractNumId w:val="2"/>
  </w:num>
  <w:num w:numId="8" w16cid:durableId="1842432874">
    <w:abstractNumId w:val="1"/>
  </w:num>
  <w:num w:numId="9" w16cid:durableId="1459959354">
    <w:abstractNumId w:val="0"/>
  </w:num>
  <w:num w:numId="10" w16cid:durableId="3292115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2C5"/>
    <w:rsid w:val="0009614E"/>
    <w:rsid w:val="000A680E"/>
    <w:rsid w:val="000D78A2"/>
    <w:rsid w:val="001315BB"/>
    <w:rsid w:val="0015074B"/>
    <w:rsid w:val="001944F7"/>
    <w:rsid w:val="001956C2"/>
    <w:rsid w:val="001D4C9F"/>
    <w:rsid w:val="002543EC"/>
    <w:rsid w:val="00262D44"/>
    <w:rsid w:val="0028164B"/>
    <w:rsid w:val="0029639D"/>
    <w:rsid w:val="002F3C1D"/>
    <w:rsid w:val="00312409"/>
    <w:rsid w:val="00326F90"/>
    <w:rsid w:val="00327A17"/>
    <w:rsid w:val="00351C4F"/>
    <w:rsid w:val="004B4728"/>
    <w:rsid w:val="00551A71"/>
    <w:rsid w:val="00555462"/>
    <w:rsid w:val="005E13C1"/>
    <w:rsid w:val="005F1480"/>
    <w:rsid w:val="007262DF"/>
    <w:rsid w:val="00761463"/>
    <w:rsid w:val="007D1106"/>
    <w:rsid w:val="009511A5"/>
    <w:rsid w:val="009A7C07"/>
    <w:rsid w:val="00A0163C"/>
    <w:rsid w:val="00AA1D8D"/>
    <w:rsid w:val="00AA72D6"/>
    <w:rsid w:val="00B20256"/>
    <w:rsid w:val="00B204D4"/>
    <w:rsid w:val="00B463BE"/>
    <w:rsid w:val="00B47730"/>
    <w:rsid w:val="00C27F3D"/>
    <w:rsid w:val="00C96831"/>
    <w:rsid w:val="00CB0664"/>
    <w:rsid w:val="00CD3F1D"/>
    <w:rsid w:val="00D2255A"/>
    <w:rsid w:val="00ED0D06"/>
    <w:rsid w:val="00FA5B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6C30F0"/>
  <w14:defaultImageDpi w14:val="300"/>
  <w15:docId w15:val="{B3F9BBA5-5238-46DA-A185-0F6A88B3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1106"/>
    <w:pPr>
      <w:spacing w:after="60" w:line="240" w:lineRule="auto"/>
    </w:pPr>
    <w:rPr>
      <w:rFonts w:ascii="Arial" w:eastAsia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722</Words>
  <Characters>4121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carmela parente</cp:lastModifiedBy>
  <cp:revision>2</cp:revision>
  <dcterms:created xsi:type="dcterms:W3CDTF">2026-10-09T09:19:00Z</dcterms:created>
  <dcterms:modified xsi:type="dcterms:W3CDTF">2026-10-09T09:19:00Z</dcterms:modified>
  <cp:category/>
</cp:coreProperties>
</file>