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C996" w14:textId="77777777" w:rsidR="00416EDC" w:rsidRPr="008F4AB1" w:rsidRDefault="00000000">
      <w:pPr>
        <w:spacing w:after="40"/>
        <w:rPr>
          <w:lang w:val="it-IT"/>
        </w:rPr>
      </w:pPr>
      <w:r w:rsidRPr="008F4AB1">
        <w:rPr>
          <w:b/>
          <w:color w:val="226692"/>
          <w:sz w:val="17"/>
          <w:lang w:val="it-IT"/>
        </w:rPr>
        <w:t>MODELLO A – STUDENTI MAGGIORENNI</w:t>
      </w:r>
    </w:p>
    <w:p w14:paraId="052D3059" w14:textId="77777777" w:rsidR="00416EDC" w:rsidRPr="008F4AB1" w:rsidRDefault="00000000" w:rsidP="002B0AE2">
      <w:pPr>
        <w:pStyle w:val="Titolo"/>
        <w:jc w:val="center"/>
        <w:rPr>
          <w:lang w:val="it-IT"/>
        </w:rPr>
      </w:pPr>
      <w:r w:rsidRPr="008F4AB1">
        <w:rPr>
          <w:lang w:val="it-IT"/>
        </w:rPr>
        <w:t>Informativa e autorizzazione volontaria all’immagine</w:t>
      </w:r>
    </w:p>
    <w:p w14:paraId="31A48A4B" w14:textId="77777777" w:rsidR="00416EDC" w:rsidRPr="008F4AB1" w:rsidRDefault="00000000" w:rsidP="0015155B">
      <w:pPr>
        <w:jc w:val="center"/>
        <w:rPr>
          <w:lang w:val="it-IT"/>
        </w:rPr>
      </w:pPr>
      <w:r w:rsidRPr="008F4AB1">
        <w:rPr>
          <w:i/>
          <w:color w:val="226692"/>
          <w:sz w:val="18"/>
          <w:lang w:val="it-IT"/>
        </w:rPr>
        <w:t>Progetto “Orientamento in entrata” · Riprese dei docenti nei laboratori e nei plessi · Destinazione prevista: sito e social ufficiali</w:t>
      </w:r>
    </w:p>
    <w:p w14:paraId="105A2F6C" w14:textId="77777777" w:rsidR="00416EDC" w:rsidRPr="008F4AB1" w:rsidRDefault="00000000">
      <w:pPr>
        <w:pStyle w:val="Titolo1"/>
        <w:rPr>
          <w:lang w:val="it-IT"/>
        </w:rPr>
      </w:pPr>
      <w:r w:rsidRPr="008F4AB1">
        <w:rPr>
          <w:lang w:val="it-IT"/>
        </w:rPr>
        <w:t>1. Identificazione dello studente</w:t>
      </w:r>
    </w:p>
    <w:p w14:paraId="6EDA0358" w14:textId="77777777" w:rsidR="00416EDC" w:rsidRPr="008F4AB1" w:rsidRDefault="00000000">
      <w:pPr>
        <w:rPr>
          <w:lang w:val="it-IT"/>
        </w:rPr>
      </w:pPr>
      <w:r w:rsidRPr="008F4AB1">
        <w:rPr>
          <w:lang w:val="it-IT"/>
        </w:rPr>
        <w:t>Il/La sottoscritto/a [NOME E COGNOME] ______________________________________________________________</w:t>
      </w:r>
    </w:p>
    <w:p w14:paraId="3CBF4141" w14:textId="77777777" w:rsidR="00416EDC" w:rsidRPr="008F4AB1" w:rsidRDefault="00000000">
      <w:pPr>
        <w:rPr>
          <w:lang w:val="it-IT"/>
        </w:rPr>
      </w:pPr>
      <w:r w:rsidRPr="008F4AB1">
        <w:rPr>
          <w:lang w:val="it-IT"/>
        </w:rPr>
        <w:t>nato/a a ____________________ il ______________  classe ______  sezione ______  plesso ________________________</w:t>
      </w:r>
    </w:p>
    <w:p w14:paraId="10371EE0" w14:textId="77777777" w:rsidR="00416EDC" w:rsidRPr="008F4AB1" w:rsidRDefault="00000000">
      <w:pPr>
        <w:pStyle w:val="Titolo1"/>
        <w:rPr>
          <w:lang w:val="it-IT"/>
        </w:rPr>
      </w:pPr>
      <w:r w:rsidRPr="008F4AB1">
        <w:rPr>
          <w:lang w:val="it-IT"/>
        </w:rPr>
        <w:t>2. Descrizione delle attività e libertà della scelta</w:t>
      </w:r>
    </w:p>
    <w:p w14:paraId="2DA83D0F" w14:textId="77777777" w:rsidR="00416EDC" w:rsidRPr="008F4AB1" w:rsidRDefault="00000000">
      <w:pPr>
        <w:rPr>
          <w:lang w:val="it-IT"/>
        </w:rPr>
      </w:pPr>
      <w:r w:rsidRPr="008F4AB1">
        <w:rPr>
          <w:lang w:val="it-IT"/>
        </w:rPr>
        <w:t>La scuola intende realizzare, mediante propri docenti incaricati, brevi video di orientamento nei locali dell’Istituto (informatica, accoglienza turistica, cucina, laboratori artistici e turistici). Possono essere previste interviste, dimostrazioni e interventi come “studente guida”, con eventuale riconoscibilità del volto e della voce. Il progetto è facoltativo: il rifiuto non comporta conseguenze scolastiche.</w:t>
      </w:r>
    </w:p>
    <w:p w14:paraId="2A3B3F71" w14:textId="77777777" w:rsidR="00416EDC" w:rsidRPr="008F4AB1" w:rsidRDefault="00000000">
      <w:pPr>
        <w:pStyle w:val="Titolo1"/>
        <w:rPr>
          <w:lang w:val="it-IT"/>
        </w:rPr>
      </w:pPr>
      <w:r w:rsidRPr="008F4AB1">
        <w:rPr>
          <w:lang w:val="it-IT"/>
        </w:rPr>
        <w:t>3. Autorizzazione all’immagine – scelte separate</w:t>
      </w:r>
    </w:p>
    <w:p w14:paraId="3DFDA778" w14:textId="77777777" w:rsidR="00416EDC" w:rsidRPr="008F4AB1" w:rsidRDefault="00000000">
      <w:pPr>
        <w:rPr>
          <w:lang w:val="it-IT"/>
        </w:rPr>
      </w:pPr>
      <w:r w:rsidRPr="008F4AB1">
        <w:rPr>
          <w:lang w:val="it-IT"/>
        </w:rPr>
        <w:t>Ai sensi degli artt. 96 e 97 della L. 633/1941, dopo aver letto le informazioni che seguono, esprimo la mia volontà per le singole modalità. Una risposta negativa esclude quella specifica modalità; le risposte positive non autorizzano usi diversi, né sostituiscono le verifiche GDPR richieste alla scuola.</w:t>
      </w:r>
    </w:p>
    <w:p w14:paraId="470E8321" w14:textId="77777777" w:rsidR="00D71241" w:rsidRPr="00D71241" w:rsidRDefault="00000000">
      <w:pPr>
        <w:spacing w:after="60"/>
        <w:rPr>
          <w:b/>
          <w:lang w:val="it-IT"/>
        </w:rPr>
      </w:pPr>
      <w:r w:rsidRPr="008F4AB1">
        <w:rPr>
          <w:b/>
          <w:lang w:val="it-IT"/>
        </w:rPr>
        <w:t>SCELTA VOLONTARIA (barrare una sola casella per ogni riga)</w:t>
      </w:r>
    </w:p>
    <w:tbl>
      <w:tblPr>
        <w:tblW w:w="9741" w:type="dxa"/>
        <w:jc w:val="center"/>
        <w:tblLayout w:type="fixed"/>
        <w:tblLook w:val="04A0" w:firstRow="1" w:lastRow="0" w:firstColumn="1" w:lastColumn="0" w:noHBand="0" w:noVBand="1"/>
      </w:tblPr>
      <w:tblGrid>
        <w:gridCol w:w="5233"/>
        <w:gridCol w:w="2254"/>
        <w:gridCol w:w="2254"/>
      </w:tblGrid>
      <w:tr w:rsidR="00416EDC" w14:paraId="14D61B9B" w14:textId="77777777" w:rsidTr="008F4AB1">
        <w:trPr>
          <w:trHeight w:val="264"/>
          <w:jc w:val="center"/>
        </w:trPr>
        <w:tc>
          <w:tcPr>
            <w:tcW w:w="5233" w:type="dxa"/>
            <w:shd w:val="clear" w:color="auto" w:fill="DEEAF2"/>
            <w:vAlign w:val="center"/>
          </w:tcPr>
          <w:p w14:paraId="12C96F58" w14:textId="77777777" w:rsidR="00416EDC" w:rsidRDefault="00000000">
            <w:pPr>
              <w:spacing w:after="0"/>
            </w:pPr>
            <w:r>
              <w:rPr>
                <w:b/>
                <w:sz w:val="18"/>
              </w:rPr>
              <w:t>ATTIVITÀ O CANALE</w:t>
            </w:r>
          </w:p>
        </w:tc>
        <w:tc>
          <w:tcPr>
            <w:tcW w:w="2254" w:type="dxa"/>
            <w:shd w:val="clear" w:color="auto" w:fill="DEEAF2"/>
            <w:vAlign w:val="center"/>
          </w:tcPr>
          <w:p w14:paraId="54C13B17" w14:textId="77777777" w:rsidR="00416EDC" w:rsidRDefault="00000000">
            <w:pPr>
              <w:spacing w:after="0"/>
            </w:pPr>
            <w:r>
              <w:rPr>
                <w:b/>
                <w:sz w:val="18"/>
              </w:rPr>
              <w:t>SÌ</w:t>
            </w:r>
          </w:p>
        </w:tc>
        <w:tc>
          <w:tcPr>
            <w:tcW w:w="2254" w:type="dxa"/>
            <w:shd w:val="clear" w:color="auto" w:fill="DEEAF2"/>
            <w:vAlign w:val="center"/>
          </w:tcPr>
          <w:p w14:paraId="1404BD12" w14:textId="77777777" w:rsidR="00416EDC" w:rsidRDefault="00000000">
            <w:pPr>
              <w:spacing w:after="0"/>
            </w:pPr>
            <w:r>
              <w:rPr>
                <w:b/>
                <w:sz w:val="18"/>
              </w:rPr>
              <w:t>NO</w:t>
            </w:r>
          </w:p>
        </w:tc>
      </w:tr>
      <w:tr w:rsidR="00416EDC" w14:paraId="5F3162D3" w14:textId="77777777" w:rsidTr="008F4AB1">
        <w:trPr>
          <w:trHeight w:val="533"/>
          <w:jc w:val="center"/>
        </w:trPr>
        <w:tc>
          <w:tcPr>
            <w:tcW w:w="5233" w:type="dxa"/>
            <w:vAlign w:val="center"/>
          </w:tcPr>
          <w:p w14:paraId="74EDC865" w14:textId="77777777" w:rsidR="00416EDC" w:rsidRPr="008F4AB1" w:rsidRDefault="00000000">
            <w:pPr>
              <w:spacing w:after="0"/>
              <w:rPr>
                <w:lang w:val="it-IT"/>
              </w:rPr>
            </w:pPr>
            <w:r w:rsidRPr="008F4AB1">
              <w:rPr>
                <w:sz w:val="18"/>
                <w:lang w:val="it-IT"/>
              </w:rPr>
              <w:t>Ripresa del mio volto e/o della mia voce, montaggio e revisione in ambiente scolastico protetto.</w:t>
            </w:r>
          </w:p>
        </w:tc>
        <w:tc>
          <w:tcPr>
            <w:tcW w:w="2254" w:type="dxa"/>
            <w:vAlign w:val="center"/>
          </w:tcPr>
          <w:p w14:paraId="612DC8A5" w14:textId="77777777" w:rsidR="00416EDC" w:rsidRDefault="00000000">
            <w:pPr>
              <w:spacing w:after="0"/>
            </w:pPr>
            <w:r>
              <w:rPr>
                <w:sz w:val="18"/>
              </w:rPr>
              <w:t>☐</w:t>
            </w:r>
          </w:p>
        </w:tc>
        <w:tc>
          <w:tcPr>
            <w:tcW w:w="2254" w:type="dxa"/>
            <w:vAlign w:val="center"/>
          </w:tcPr>
          <w:p w14:paraId="347748D2" w14:textId="77777777" w:rsidR="00416EDC" w:rsidRDefault="00000000">
            <w:pPr>
              <w:spacing w:after="0"/>
            </w:pPr>
            <w:r>
              <w:rPr>
                <w:sz w:val="18"/>
              </w:rPr>
              <w:t>☐</w:t>
            </w:r>
          </w:p>
        </w:tc>
      </w:tr>
      <w:tr w:rsidR="00416EDC" w14:paraId="1F16A6E2" w14:textId="77777777" w:rsidTr="008F4AB1">
        <w:trPr>
          <w:trHeight w:val="254"/>
          <w:jc w:val="center"/>
        </w:trPr>
        <w:tc>
          <w:tcPr>
            <w:tcW w:w="5233" w:type="dxa"/>
            <w:shd w:val="clear" w:color="auto" w:fill="F5F8FA"/>
            <w:vAlign w:val="center"/>
          </w:tcPr>
          <w:p w14:paraId="04A91DE2" w14:textId="77777777" w:rsidR="00416EDC" w:rsidRPr="008F4AB1" w:rsidRDefault="00000000">
            <w:pPr>
              <w:spacing w:after="0"/>
              <w:rPr>
                <w:lang w:val="it-IT"/>
              </w:rPr>
            </w:pPr>
            <w:r w:rsidRPr="008F4AB1">
              <w:rPr>
                <w:sz w:val="18"/>
                <w:lang w:val="it-IT"/>
              </w:rPr>
              <w:t>Eventuale proiezione in incontri di orientamento organizzati dall’Istituto.</w:t>
            </w:r>
          </w:p>
        </w:tc>
        <w:tc>
          <w:tcPr>
            <w:tcW w:w="2254" w:type="dxa"/>
            <w:shd w:val="clear" w:color="auto" w:fill="F5F8FA"/>
            <w:vAlign w:val="center"/>
          </w:tcPr>
          <w:p w14:paraId="66EC29C9" w14:textId="77777777" w:rsidR="00416EDC" w:rsidRDefault="00000000">
            <w:pPr>
              <w:spacing w:after="0"/>
            </w:pPr>
            <w:r>
              <w:rPr>
                <w:sz w:val="18"/>
              </w:rPr>
              <w:t>☐</w:t>
            </w:r>
          </w:p>
        </w:tc>
        <w:tc>
          <w:tcPr>
            <w:tcW w:w="2254" w:type="dxa"/>
            <w:shd w:val="clear" w:color="auto" w:fill="F5F8FA"/>
            <w:vAlign w:val="center"/>
          </w:tcPr>
          <w:p w14:paraId="0D0BF730" w14:textId="77777777" w:rsidR="00416EDC" w:rsidRDefault="00000000">
            <w:pPr>
              <w:spacing w:after="0"/>
            </w:pPr>
            <w:r>
              <w:rPr>
                <w:sz w:val="18"/>
              </w:rPr>
              <w:t>☐</w:t>
            </w:r>
          </w:p>
        </w:tc>
      </w:tr>
      <w:tr w:rsidR="00416EDC" w14:paraId="66D2400D" w14:textId="77777777" w:rsidTr="008F4AB1">
        <w:trPr>
          <w:trHeight w:val="264"/>
          <w:jc w:val="center"/>
        </w:trPr>
        <w:tc>
          <w:tcPr>
            <w:tcW w:w="5233" w:type="dxa"/>
            <w:vAlign w:val="center"/>
          </w:tcPr>
          <w:p w14:paraId="430CF9A7" w14:textId="184D5F3B" w:rsidR="00416EDC" w:rsidRPr="008F4AB1" w:rsidRDefault="00000000">
            <w:pPr>
              <w:spacing w:after="0"/>
              <w:rPr>
                <w:lang w:val="it-IT"/>
              </w:rPr>
            </w:pPr>
            <w:r w:rsidRPr="008F4AB1">
              <w:rPr>
                <w:sz w:val="18"/>
                <w:lang w:val="it-IT"/>
              </w:rPr>
              <w:t xml:space="preserve">Pubblicazione sul sito istituzionale www.itfederico2.it, nella sezione </w:t>
            </w:r>
            <w:r w:rsidR="002E6E33">
              <w:rPr>
                <w:sz w:val="18"/>
                <w:lang w:val="it-IT"/>
              </w:rPr>
              <w:t>ORIENTAMENTO</w:t>
            </w:r>
          </w:p>
        </w:tc>
        <w:tc>
          <w:tcPr>
            <w:tcW w:w="2254" w:type="dxa"/>
            <w:vAlign w:val="center"/>
          </w:tcPr>
          <w:p w14:paraId="63D2556E" w14:textId="77777777" w:rsidR="00416EDC" w:rsidRDefault="00000000">
            <w:pPr>
              <w:spacing w:after="0"/>
            </w:pPr>
            <w:r>
              <w:rPr>
                <w:sz w:val="18"/>
              </w:rPr>
              <w:t>☐</w:t>
            </w:r>
          </w:p>
        </w:tc>
        <w:tc>
          <w:tcPr>
            <w:tcW w:w="2254" w:type="dxa"/>
            <w:vAlign w:val="center"/>
          </w:tcPr>
          <w:p w14:paraId="17244E08" w14:textId="77777777" w:rsidR="00416EDC" w:rsidRDefault="00000000">
            <w:pPr>
              <w:spacing w:after="0"/>
            </w:pPr>
            <w:r>
              <w:rPr>
                <w:sz w:val="18"/>
              </w:rPr>
              <w:t>☐</w:t>
            </w:r>
          </w:p>
        </w:tc>
      </w:tr>
      <w:tr w:rsidR="00416EDC" w14:paraId="5A4C41C9" w14:textId="77777777" w:rsidTr="008F4AB1">
        <w:trPr>
          <w:trHeight w:val="264"/>
          <w:jc w:val="center"/>
        </w:trPr>
        <w:tc>
          <w:tcPr>
            <w:tcW w:w="5233" w:type="dxa"/>
            <w:shd w:val="clear" w:color="auto" w:fill="F5F8FA"/>
            <w:vAlign w:val="center"/>
          </w:tcPr>
          <w:p w14:paraId="2AF026F0" w14:textId="21A06A80" w:rsidR="00416EDC" w:rsidRPr="008F4AB1" w:rsidRDefault="00000000">
            <w:pPr>
              <w:spacing w:after="0"/>
              <w:rPr>
                <w:lang w:val="it-IT"/>
              </w:rPr>
            </w:pPr>
            <w:r w:rsidRPr="008F4AB1">
              <w:rPr>
                <w:sz w:val="18"/>
                <w:lang w:val="it-IT"/>
              </w:rPr>
              <w:t xml:space="preserve">Pubblicazione su Facebook istituzionale: </w:t>
            </w:r>
            <w:hyperlink r:id="rId8" w:history="1">
              <w:r w:rsidR="002E6E33" w:rsidRPr="00194CDB">
                <w:rPr>
                  <w:rStyle w:val="Collegamentoipertestuale"/>
                  <w:sz w:val="18"/>
                  <w:lang w:val="it-IT"/>
                </w:rPr>
                <w:t>https://www.facebook.com/share/19jVzcbTw2/?mibextid=wwXIfr</w:t>
              </w:r>
            </w:hyperlink>
          </w:p>
        </w:tc>
        <w:tc>
          <w:tcPr>
            <w:tcW w:w="2254" w:type="dxa"/>
            <w:shd w:val="clear" w:color="auto" w:fill="F5F8FA"/>
            <w:vAlign w:val="center"/>
          </w:tcPr>
          <w:p w14:paraId="5A129476" w14:textId="77777777" w:rsidR="00416EDC" w:rsidRDefault="00000000">
            <w:pPr>
              <w:spacing w:after="0"/>
            </w:pPr>
            <w:r>
              <w:rPr>
                <w:sz w:val="18"/>
              </w:rPr>
              <w:t>☐</w:t>
            </w:r>
          </w:p>
        </w:tc>
        <w:tc>
          <w:tcPr>
            <w:tcW w:w="2254" w:type="dxa"/>
            <w:shd w:val="clear" w:color="auto" w:fill="F5F8FA"/>
            <w:vAlign w:val="center"/>
          </w:tcPr>
          <w:p w14:paraId="15D65374" w14:textId="77777777" w:rsidR="00416EDC" w:rsidRDefault="00000000">
            <w:pPr>
              <w:spacing w:after="0"/>
            </w:pPr>
            <w:r>
              <w:rPr>
                <w:sz w:val="18"/>
              </w:rPr>
              <w:t>☐</w:t>
            </w:r>
          </w:p>
        </w:tc>
      </w:tr>
      <w:tr w:rsidR="00416EDC" w14:paraId="010F6A28" w14:textId="77777777" w:rsidTr="008F4AB1">
        <w:trPr>
          <w:trHeight w:val="264"/>
          <w:jc w:val="center"/>
        </w:trPr>
        <w:tc>
          <w:tcPr>
            <w:tcW w:w="5233" w:type="dxa"/>
            <w:vAlign w:val="center"/>
          </w:tcPr>
          <w:p w14:paraId="3A84A226" w14:textId="73EF4982" w:rsidR="00416EDC" w:rsidRPr="002E6E33" w:rsidRDefault="00000000">
            <w:pPr>
              <w:spacing w:after="0"/>
              <w:rPr>
                <w:sz w:val="18"/>
                <w:lang w:val="it-IT"/>
              </w:rPr>
            </w:pPr>
            <w:r w:rsidRPr="008F4AB1">
              <w:rPr>
                <w:sz w:val="18"/>
                <w:lang w:val="it-IT"/>
              </w:rPr>
              <w:t xml:space="preserve">Pubblicazione su Instagram istituzionale: </w:t>
            </w:r>
            <w:hyperlink r:id="rId9" w:history="1">
              <w:r w:rsidR="002E6E33" w:rsidRPr="002E6E33">
                <w:rPr>
                  <w:rStyle w:val="Collegamentoipertestuale"/>
                  <w:sz w:val="18"/>
                  <w:lang w:val="it-IT"/>
                </w:rPr>
                <w:t>https://www.instagram.com/isis_federico_secondo?srtk=dmhkejl4eXI3Y2Ro</w:t>
              </w:r>
            </w:hyperlink>
            <w:r w:rsidR="002E6E33" w:rsidRPr="002E6E33">
              <w:rPr>
                <w:sz w:val="18"/>
                <w:lang w:val="it-IT"/>
              </w:rPr>
              <w:t xml:space="preserve"> </w:t>
            </w:r>
          </w:p>
        </w:tc>
        <w:tc>
          <w:tcPr>
            <w:tcW w:w="2254" w:type="dxa"/>
            <w:vAlign w:val="center"/>
          </w:tcPr>
          <w:p w14:paraId="0D4D5563" w14:textId="77777777" w:rsidR="00416EDC" w:rsidRDefault="00000000">
            <w:pPr>
              <w:spacing w:after="0"/>
            </w:pPr>
            <w:r>
              <w:rPr>
                <w:sz w:val="18"/>
              </w:rPr>
              <w:t>☐</w:t>
            </w:r>
          </w:p>
        </w:tc>
        <w:tc>
          <w:tcPr>
            <w:tcW w:w="2254" w:type="dxa"/>
            <w:vAlign w:val="center"/>
          </w:tcPr>
          <w:p w14:paraId="6AD178AD" w14:textId="77777777" w:rsidR="00416EDC" w:rsidRDefault="00000000">
            <w:pPr>
              <w:spacing w:after="0"/>
            </w:pPr>
            <w:r>
              <w:rPr>
                <w:sz w:val="18"/>
              </w:rPr>
              <w:t>☐</w:t>
            </w:r>
          </w:p>
        </w:tc>
      </w:tr>
    </w:tbl>
    <w:p w14:paraId="5AF32F66" w14:textId="77777777" w:rsidR="00D71241" w:rsidRDefault="00D71241">
      <w:pPr>
        <w:rPr>
          <w:sz w:val="17"/>
          <w:lang w:val="it-IT"/>
        </w:rPr>
      </w:pPr>
    </w:p>
    <w:p w14:paraId="3E6E4A33" w14:textId="77777777" w:rsidR="00416EDC" w:rsidRPr="008F4AB1" w:rsidRDefault="00000000">
      <w:pPr>
        <w:rPr>
          <w:lang w:val="it-IT"/>
        </w:rPr>
      </w:pPr>
      <w:r w:rsidRPr="008F4AB1">
        <w:rPr>
          <w:sz w:val="17"/>
          <w:lang w:val="it-IT"/>
        </w:rPr>
        <w:t>Le autorizzazioni non comprendono campagne pubblicitarie a pagamento, cessione a terzi, riutilizzo da profili personali, riconoscimento biometrico o manipolazione mediante strumenti di IA; queste finalità non sono incluse nel progetto.</w:t>
      </w:r>
    </w:p>
    <w:p w14:paraId="282160D1" w14:textId="77777777" w:rsidR="00416EDC" w:rsidRPr="008F4AB1" w:rsidRDefault="00000000">
      <w:pPr>
        <w:pStyle w:val="Titolo1"/>
        <w:pageBreakBefore/>
        <w:rPr>
          <w:lang w:val="it-IT"/>
        </w:rPr>
      </w:pPr>
      <w:r w:rsidRPr="008F4AB1">
        <w:rPr>
          <w:lang w:val="it-IT"/>
        </w:rPr>
        <w:lastRenderedPageBreak/>
        <w:t>4. Informazioni sul trattamento dei dati (art. 13 GDPR)</w:t>
      </w:r>
    </w:p>
    <w:tbl>
      <w:tblPr>
        <w:tblW w:w="9525" w:type="dxa"/>
        <w:jc w:val="center"/>
        <w:tblLayout w:type="fixed"/>
        <w:tblLook w:val="04A0" w:firstRow="1" w:lastRow="0" w:firstColumn="1" w:lastColumn="0" w:noHBand="0" w:noVBand="1"/>
      </w:tblPr>
      <w:tblGrid>
        <w:gridCol w:w="1843"/>
        <w:gridCol w:w="7682"/>
      </w:tblGrid>
      <w:tr w:rsidR="00416EDC" w:rsidRPr="002E6E33" w14:paraId="1750C578" w14:textId="77777777" w:rsidTr="00D72561">
        <w:trPr>
          <w:jc w:val="center"/>
        </w:trPr>
        <w:tc>
          <w:tcPr>
            <w:tcW w:w="1843" w:type="dxa"/>
            <w:shd w:val="clear" w:color="auto" w:fill="E9F1F6"/>
            <w:vAlign w:val="center"/>
          </w:tcPr>
          <w:p w14:paraId="238C070C" w14:textId="77777777" w:rsidR="00416EDC" w:rsidRDefault="00000000">
            <w:pPr>
              <w:spacing w:after="0"/>
            </w:pPr>
            <w:r>
              <w:rPr>
                <w:b/>
                <w:sz w:val="18"/>
              </w:rPr>
              <w:t>Titolare del trattamento</w:t>
            </w:r>
          </w:p>
        </w:tc>
        <w:tc>
          <w:tcPr>
            <w:tcW w:w="7682" w:type="dxa"/>
            <w:vAlign w:val="center"/>
          </w:tcPr>
          <w:p w14:paraId="4DF71806" w14:textId="77777777" w:rsidR="00D72561" w:rsidRDefault="00D72561">
            <w:pPr>
              <w:spacing w:after="0"/>
              <w:rPr>
                <w:sz w:val="18"/>
                <w:lang w:val="it-IT"/>
              </w:rPr>
            </w:pPr>
          </w:p>
          <w:p w14:paraId="03DED9A8" w14:textId="3E8E2723" w:rsidR="00D72561" w:rsidRPr="002E6E33" w:rsidRDefault="00000000">
            <w:pPr>
              <w:spacing w:after="0"/>
              <w:rPr>
                <w:sz w:val="18"/>
                <w:lang w:val="it-IT"/>
              </w:rPr>
            </w:pPr>
            <w:r w:rsidRPr="008F4AB1">
              <w:rPr>
                <w:sz w:val="18"/>
                <w:lang w:val="it-IT"/>
              </w:rPr>
              <w:t xml:space="preserve">I.S.I.S. “Federico II” – Via Nazionale Appia, 81043 Capua (CE) – C.M. CEIS044001 – e-mail ceis044001@istruzione.it – PEC </w:t>
            </w:r>
            <w:hyperlink r:id="rId10" w:history="1">
              <w:r w:rsidR="00D72561" w:rsidRPr="00CC2E2A">
                <w:rPr>
                  <w:rStyle w:val="Collegamentoipertestuale"/>
                  <w:sz w:val="18"/>
                  <w:lang w:val="it-IT"/>
                </w:rPr>
                <w:t>ceis044001@pec.istruzione.it</w:t>
              </w:r>
            </w:hyperlink>
            <w:r w:rsidRPr="008F4AB1">
              <w:rPr>
                <w:sz w:val="18"/>
                <w:lang w:val="it-IT"/>
              </w:rPr>
              <w:t>.</w:t>
            </w:r>
          </w:p>
        </w:tc>
      </w:tr>
      <w:tr w:rsidR="00416EDC" w:rsidRPr="002E6E33" w14:paraId="55D4014C" w14:textId="77777777" w:rsidTr="00D72561">
        <w:trPr>
          <w:jc w:val="center"/>
        </w:trPr>
        <w:tc>
          <w:tcPr>
            <w:tcW w:w="1843" w:type="dxa"/>
            <w:shd w:val="clear" w:color="auto" w:fill="E9F1F6"/>
            <w:vAlign w:val="center"/>
          </w:tcPr>
          <w:p w14:paraId="10B4525B" w14:textId="77777777" w:rsidR="00416EDC" w:rsidRDefault="00000000">
            <w:pPr>
              <w:spacing w:after="0"/>
            </w:pPr>
            <w:r>
              <w:rPr>
                <w:b/>
                <w:sz w:val="18"/>
              </w:rPr>
              <w:t>RPD/DPO</w:t>
            </w:r>
          </w:p>
        </w:tc>
        <w:tc>
          <w:tcPr>
            <w:tcW w:w="7682" w:type="dxa"/>
            <w:shd w:val="clear" w:color="auto" w:fill="FAFBFC"/>
            <w:vAlign w:val="center"/>
          </w:tcPr>
          <w:p w14:paraId="70C824A7" w14:textId="77777777" w:rsidR="00D72561" w:rsidRDefault="00D72561">
            <w:pPr>
              <w:spacing w:after="0"/>
              <w:rPr>
                <w:sz w:val="18"/>
                <w:lang w:val="it-IT"/>
              </w:rPr>
            </w:pPr>
          </w:p>
          <w:p w14:paraId="4752FD80" w14:textId="6E802D4C" w:rsidR="00D72561" w:rsidRPr="002E6E33" w:rsidRDefault="00000000">
            <w:pPr>
              <w:spacing w:after="0"/>
              <w:rPr>
                <w:sz w:val="18"/>
                <w:lang w:val="it-IT"/>
              </w:rPr>
            </w:pPr>
            <w:r w:rsidRPr="008F4AB1">
              <w:rPr>
                <w:sz w:val="18"/>
                <w:lang w:val="it-IT"/>
              </w:rPr>
              <w:t xml:space="preserve">Area Scuole </w:t>
            </w:r>
            <w:proofErr w:type="spellStart"/>
            <w:r w:rsidRPr="008F4AB1">
              <w:rPr>
                <w:sz w:val="18"/>
                <w:lang w:val="it-IT"/>
              </w:rPr>
              <w:t>S.r.l.s</w:t>
            </w:r>
            <w:proofErr w:type="spellEnd"/>
            <w:r w:rsidRPr="008F4AB1">
              <w:rPr>
                <w:sz w:val="18"/>
                <w:lang w:val="it-IT"/>
              </w:rPr>
              <w:t xml:space="preserve">. – </w:t>
            </w:r>
            <w:hyperlink r:id="rId11" w:history="1">
              <w:r w:rsidR="00D72561" w:rsidRPr="00CC2E2A">
                <w:rPr>
                  <w:rStyle w:val="Collegamentoipertestuale"/>
                  <w:sz w:val="18"/>
                  <w:lang w:val="it-IT"/>
                </w:rPr>
                <w:t>dpo@areascuole.it</w:t>
              </w:r>
            </w:hyperlink>
          </w:p>
        </w:tc>
      </w:tr>
      <w:tr w:rsidR="00416EDC" w:rsidRPr="002E6E33" w14:paraId="5505F19E" w14:textId="77777777" w:rsidTr="00D72561">
        <w:trPr>
          <w:jc w:val="center"/>
        </w:trPr>
        <w:tc>
          <w:tcPr>
            <w:tcW w:w="1843" w:type="dxa"/>
            <w:shd w:val="clear" w:color="auto" w:fill="E9F1F6"/>
            <w:vAlign w:val="center"/>
          </w:tcPr>
          <w:p w14:paraId="4142ACBB" w14:textId="77777777" w:rsidR="00416EDC" w:rsidRDefault="00000000">
            <w:pPr>
              <w:spacing w:after="0"/>
            </w:pPr>
            <w:r>
              <w:rPr>
                <w:b/>
                <w:sz w:val="18"/>
              </w:rPr>
              <w:t xml:space="preserve">Dati </w:t>
            </w:r>
            <w:proofErr w:type="spellStart"/>
            <w:r>
              <w:rPr>
                <w:b/>
                <w:sz w:val="18"/>
              </w:rPr>
              <w:t>trattati</w:t>
            </w:r>
            <w:proofErr w:type="spellEnd"/>
          </w:p>
        </w:tc>
        <w:tc>
          <w:tcPr>
            <w:tcW w:w="7682" w:type="dxa"/>
            <w:vAlign w:val="center"/>
          </w:tcPr>
          <w:p w14:paraId="35E95FE5" w14:textId="77777777" w:rsidR="00D72561" w:rsidRDefault="00D72561">
            <w:pPr>
              <w:spacing w:after="0"/>
              <w:rPr>
                <w:sz w:val="18"/>
                <w:lang w:val="it-IT"/>
              </w:rPr>
            </w:pPr>
          </w:p>
          <w:p w14:paraId="7AA98951" w14:textId="4656B6AB" w:rsidR="00D72561" w:rsidRPr="002E6E33" w:rsidRDefault="00000000">
            <w:pPr>
              <w:spacing w:after="0"/>
              <w:rPr>
                <w:sz w:val="18"/>
                <w:lang w:val="it-IT"/>
              </w:rPr>
            </w:pPr>
            <w:r w:rsidRPr="008F4AB1">
              <w:rPr>
                <w:sz w:val="18"/>
                <w:lang w:val="it-IT"/>
              </w:rPr>
              <w:t>Nominativo e classe per la gestione delle adesioni; immagini riconoscibili, voce e dichiarazioni rese nel filmato, ove previste e consentite.</w:t>
            </w:r>
          </w:p>
        </w:tc>
      </w:tr>
      <w:tr w:rsidR="00416EDC" w:rsidRPr="002E6E33" w14:paraId="5FA8C232" w14:textId="77777777" w:rsidTr="00D72561">
        <w:trPr>
          <w:jc w:val="center"/>
        </w:trPr>
        <w:tc>
          <w:tcPr>
            <w:tcW w:w="1843" w:type="dxa"/>
            <w:shd w:val="clear" w:color="auto" w:fill="E9F1F6"/>
            <w:vAlign w:val="center"/>
          </w:tcPr>
          <w:p w14:paraId="60132AB7" w14:textId="77777777" w:rsidR="00416EDC" w:rsidRDefault="00000000">
            <w:pPr>
              <w:spacing w:after="0"/>
            </w:pPr>
            <w:proofErr w:type="spellStart"/>
            <w:r>
              <w:rPr>
                <w:b/>
                <w:sz w:val="18"/>
              </w:rPr>
              <w:t>Finalità</w:t>
            </w:r>
            <w:proofErr w:type="spellEnd"/>
          </w:p>
        </w:tc>
        <w:tc>
          <w:tcPr>
            <w:tcW w:w="7682" w:type="dxa"/>
            <w:shd w:val="clear" w:color="auto" w:fill="FAFBFC"/>
            <w:vAlign w:val="center"/>
          </w:tcPr>
          <w:p w14:paraId="5A5A9308" w14:textId="77777777" w:rsidR="00D72561" w:rsidRDefault="00D72561">
            <w:pPr>
              <w:spacing w:after="0"/>
              <w:rPr>
                <w:sz w:val="18"/>
                <w:lang w:val="it-IT"/>
              </w:rPr>
            </w:pPr>
          </w:p>
          <w:p w14:paraId="061145A0" w14:textId="07AA93EB" w:rsidR="00D72561" w:rsidRPr="002E6E33" w:rsidRDefault="00000000">
            <w:pPr>
              <w:spacing w:after="0"/>
              <w:rPr>
                <w:sz w:val="18"/>
                <w:lang w:val="it-IT"/>
              </w:rPr>
            </w:pPr>
            <w:r w:rsidRPr="008F4AB1">
              <w:rPr>
                <w:sz w:val="18"/>
                <w:lang w:val="it-IT"/>
              </w:rPr>
              <w:t>Gestire la disponibilità a partecipare e, se ritenuto lecito con apposita verifica, produrre e diffondere materiali di orientamento nei soli canali selezionati.</w:t>
            </w:r>
          </w:p>
        </w:tc>
      </w:tr>
      <w:tr w:rsidR="00416EDC" w:rsidRPr="002E6E33" w14:paraId="6C304222" w14:textId="77777777" w:rsidTr="00D72561">
        <w:trPr>
          <w:jc w:val="center"/>
        </w:trPr>
        <w:tc>
          <w:tcPr>
            <w:tcW w:w="1843" w:type="dxa"/>
            <w:shd w:val="clear" w:color="auto" w:fill="E9F1F6"/>
            <w:vAlign w:val="center"/>
          </w:tcPr>
          <w:p w14:paraId="682EE568" w14:textId="77777777" w:rsidR="00416EDC" w:rsidRDefault="00000000">
            <w:pPr>
              <w:spacing w:after="0"/>
            </w:pPr>
            <w:proofErr w:type="spellStart"/>
            <w:r>
              <w:rPr>
                <w:b/>
                <w:sz w:val="18"/>
              </w:rPr>
              <w:t>Soggetti</w:t>
            </w:r>
            <w:proofErr w:type="spellEnd"/>
            <w:r>
              <w:rPr>
                <w:b/>
                <w:sz w:val="18"/>
              </w:rPr>
              <w:t xml:space="preserve"> </w:t>
            </w:r>
            <w:proofErr w:type="spellStart"/>
            <w:r>
              <w:rPr>
                <w:b/>
                <w:sz w:val="18"/>
              </w:rPr>
              <w:t>autorizzati</w:t>
            </w:r>
            <w:proofErr w:type="spellEnd"/>
          </w:p>
        </w:tc>
        <w:tc>
          <w:tcPr>
            <w:tcW w:w="7682" w:type="dxa"/>
            <w:shd w:val="clear" w:color="auto" w:fill="FAFBFC"/>
            <w:vAlign w:val="center"/>
          </w:tcPr>
          <w:p w14:paraId="6A23C08A" w14:textId="77777777" w:rsidR="00D72561" w:rsidRDefault="00D72561">
            <w:pPr>
              <w:spacing w:after="0"/>
              <w:rPr>
                <w:sz w:val="18"/>
                <w:lang w:val="it-IT"/>
              </w:rPr>
            </w:pPr>
          </w:p>
          <w:p w14:paraId="789E4E56" w14:textId="77777777" w:rsidR="00416EDC" w:rsidRPr="008F4AB1" w:rsidRDefault="00000000">
            <w:pPr>
              <w:spacing w:after="0"/>
              <w:rPr>
                <w:lang w:val="it-IT"/>
              </w:rPr>
            </w:pPr>
            <w:r w:rsidRPr="008F4AB1">
              <w:rPr>
                <w:sz w:val="18"/>
                <w:lang w:val="it-IT"/>
              </w:rPr>
              <w:t>Docenti formalmente incaricati delle riprese, del montaggio e della gestione dei canali istituzionali; personale amministrativo limitatamente alla gestione delle scelte.</w:t>
            </w:r>
          </w:p>
        </w:tc>
      </w:tr>
      <w:tr w:rsidR="00416EDC" w:rsidRPr="002E6E33" w14:paraId="45F61401" w14:textId="77777777" w:rsidTr="00D72561">
        <w:trPr>
          <w:jc w:val="center"/>
        </w:trPr>
        <w:tc>
          <w:tcPr>
            <w:tcW w:w="1843" w:type="dxa"/>
            <w:shd w:val="clear" w:color="auto" w:fill="E9F1F6"/>
            <w:vAlign w:val="center"/>
          </w:tcPr>
          <w:p w14:paraId="12660D2A" w14:textId="77777777" w:rsidR="00416EDC" w:rsidRDefault="00000000">
            <w:pPr>
              <w:spacing w:after="0"/>
            </w:pPr>
            <w:proofErr w:type="spellStart"/>
            <w:r>
              <w:rPr>
                <w:b/>
                <w:sz w:val="18"/>
              </w:rPr>
              <w:t>Destinatari</w:t>
            </w:r>
            <w:proofErr w:type="spellEnd"/>
            <w:r>
              <w:rPr>
                <w:b/>
                <w:sz w:val="18"/>
              </w:rPr>
              <w:t xml:space="preserve"> e </w:t>
            </w:r>
            <w:proofErr w:type="spellStart"/>
            <w:r>
              <w:rPr>
                <w:b/>
                <w:sz w:val="18"/>
              </w:rPr>
              <w:t>diffusione</w:t>
            </w:r>
            <w:proofErr w:type="spellEnd"/>
          </w:p>
        </w:tc>
        <w:tc>
          <w:tcPr>
            <w:tcW w:w="7682" w:type="dxa"/>
            <w:vAlign w:val="center"/>
          </w:tcPr>
          <w:p w14:paraId="7013ACA4" w14:textId="77777777" w:rsidR="00D72561" w:rsidRDefault="00D72561">
            <w:pPr>
              <w:spacing w:after="0"/>
              <w:rPr>
                <w:sz w:val="18"/>
                <w:lang w:val="it-IT"/>
              </w:rPr>
            </w:pPr>
          </w:p>
          <w:p w14:paraId="58E37874" w14:textId="77777777" w:rsidR="00D72561" w:rsidRDefault="00000000">
            <w:pPr>
              <w:spacing w:after="0"/>
              <w:rPr>
                <w:sz w:val="18"/>
                <w:lang w:val="it-IT"/>
              </w:rPr>
            </w:pPr>
            <w:r w:rsidRPr="008F4AB1">
              <w:rPr>
                <w:sz w:val="18"/>
                <w:lang w:val="it-IT"/>
              </w:rPr>
              <w:t>Se la pubblicazione sarà ritenuta lecita: utenti del sito e dei social selezionati, senza limitazioni di pubblico; gestori delle piattaforme secondo ruoli e informative applicabili. La diffusione può consentire copie e ricondivisioni da parte di terzi.</w:t>
            </w:r>
          </w:p>
          <w:p w14:paraId="648463D0" w14:textId="35F95106" w:rsidR="002E6E33" w:rsidRPr="002E6E33" w:rsidRDefault="002E6E33">
            <w:pPr>
              <w:spacing w:after="0"/>
              <w:rPr>
                <w:sz w:val="18"/>
                <w:lang w:val="it-IT"/>
              </w:rPr>
            </w:pPr>
          </w:p>
        </w:tc>
      </w:tr>
      <w:tr w:rsidR="00416EDC" w:rsidRPr="002B0AE2" w14:paraId="4CF7517C" w14:textId="77777777" w:rsidTr="00D72561">
        <w:trPr>
          <w:jc w:val="center"/>
        </w:trPr>
        <w:tc>
          <w:tcPr>
            <w:tcW w:w="1843" w:type="dxa"/>
            <w:shd w:val="clear" w:color="auto" w:fill="E9F1F6"/>
            <w:vAlign w:val="center"/>
          </w:tcPr>
          <w:p w14:paraId="0C6A445B" w14:textId="77777777" w:rsidR="00416EDC" w:rsidRDefault="00000000">
            <w:pPr>
              <w:spacing w:after="0"/>
            </w:pPr>
            <w:proofErr w:type="spellStart"/>
            <w:r>
              <w:rPr>
                <w:b/>
                <w:sz w:val="18"/>
              </w:rPr>
              <w:t>Paesi</w:t>
            </w:r>
            <w:proofErr w:type="spellEnd"/>
            <w:r>
              <w:rPr>
                <w:b/>
                <w:sz w:val="18"/>
              </w:rPr>
              <w:t xml:space="preserve"> </w:t>
            </w:r>
            <w:proofErr w:type="spellStart"/>
            <w:r>
              <w:rPr>
                <w:b/>
                <w:sz w:val="18"/>
              </w:rPr>
              <w:t>terzi</w:t>
            </w:r>
            <w:proofErr w:type="spellEnd"/>
            <w:r>
              <w:rPr>
                <w:b/>
                <w:sz w:val="18"/>
              </w:rPr>
              <w:t xml:space="preserve"> e social</w:t>
            </w:r>
          </w:p>
        </w:tc>
        <w:tc>
          <w:tcPr>
            <w:tcW w:w="7682" w:type="dxa"/>
            <w:shd w:val="clear" w:color="auto" w:fill="FAFBFC"/>
            <w:vAlign w:val="center"/>
          </w:tcPr>
          <w:p w14:paraId="527900BB" w14:textId="77777777" w:rsidR="002E6E33" w:rsidRPr="002E6E33" w:rsidRDefault="002E6E33" w:rsidP="002E6E33">
            <w:pPr>
              <w:spacing w:after="0"/>
              <w:rPr>
                <w:sz w:val="18"/>
                <w:lang w:val="en-GB"/>
              </w:rPr>
            </w:pPr>
            <w:r w:rsidRPr="002E6E33">
              <w:rPr>
                <w:b/>
                <w:bCs/>
                <w:sz w:val="18"/>
                <w:lang w:val="en-GB"/>
              </w:rPr>
              <w:t xml:space="preserve">Facebook </w:t>
            </w:r>
            <w:r w:rsidRPr="002E6E33">
              <w:rPr>
                <w:sz w:val="18"/>
              </w:rPr>
              <w:fldChar w:fldCharType="begin"/>
            </w:r>
            <w:r w:rsidRPr="002E6E33">
              <w:rPr>
                <w:sz w:val="18"/>
              </w:rPr>
              <w:instrText>HYPERLINK "https://www.facebook.com/share/19jVzcbTw2/?mibextid=wwXIfr"</w:instrText>
            </w:r>
            <w:r w:rsidRPr="002E6E33">
              <w:rPr>
                <w:sz w:val="18"/>
              </w:rPr>
            </w:r>
            <w:r w:rsidRPr="002E6E33">
              <w:rPr>
                <w:sz w:val="18"/>
              </w:rPr>
              <w:fldChar w:fldCharType="separate"/>
            </w:r>
            <w:r w:rsidRPr="002E6E33">
              <w:rPr>
                <w:rStyle w:val="Collegamentoipertestuale"/>
                <w:sz w:val="18"/>
                <w:lang w:val="en-GB"/>
              </w:rPr>
              <w:t>https://www.facebook.com/share/19jVzcbTw2/?mibextid=wwXIfr</w:t>
            </w:r>
            <w:r w:rsidRPr="002E6E33">
              <w:rPr>
                <w:sz w:val="18"/>
                <w:lang w:val="it-IT"/>
              </w:rPr>
              <w:fldChar w:fldCharType="end"/>
            </w:r>
            <w:r w:rsidRPr="002E6E33">
              <w:rPr>
                <w:sz w:val="18"/>
                <w:lang w:val="en-GB"/>
              </w:rPr>
              <w:t xml:space="preserve"> </w:t>
            </w:r>
          </w:p>
          <w:p w14:paraId="63CD104D" w14:textId="071DD762" w:rsidR="00416EDC" w:rsidRPr="008F4AB1" w:rsidRDefault="002E6E33" w:rsidP="002E6E33">
            <w:pPr>
              <w:spacing w:after="0"/>
              <w:rPr>
                <w:lang w:val="it-IT"/>
              </w:rPr>
            </w:pPr>
            <w:r w:rsidRPr="002E6E33">
              <w:rPr>
                <w:sz w:val="18"/>
                <w:lang w:val="en-GB"/>
              </w:rPr>
              <w:t xml:space="preserve"> </w:t>
            </w:r>
            <w:r w:rsidRPr="002E6E33">
              <w:rPr>
                <w:b/>
                <w:bCs/>
                <w:sz w:val="18"/>
                <w:lang w:val="it-IT"/>
              </w:rPr>
              <w:t xml:space="preserve">Instagram </w:t>
            </w:r>
            <w:r w:rsidRPr="002E6E33">
              <w:rPr>
                <w:sz w:val="18"/>
                <w:lang w:val="it-IT"/>
              </w:rPr>
              <w:t xml:space="preserve"> </w:t>
            </w:r>
            <w:hyperlink r:id="rId12" w:history="1">
              <w:r w:rsidRPr="002E6E33">
                <w:rPr>
                  <w:rStyle w:val="Collegamentoipertestuale"/>
                  <w:sz w:val="18"/>
                  <w:lang w:val="it-IT"/>
                </w:rPr>
                <w:t>https://www.instagram.com/isis_federico_secondo?srtk=dmhkejl4eXI3Y2Ro</w:t>
              </w:r>
            </w:hyperlink>
          </w:p>
        </w:tc>
      </w:tr>
      <w:tr w:rsidR="00416EDC" w:rsidRPr="002E6E33" w14:paraId="0ECB71A3" w14:textId="77777777" w:rsidTr="00D72561">
        <w:trPr>
          <w:jc w:val="center"/>
        </w:trPr>
        <w:tc>
          <w:tcPr>
            <w:tcW w:w="1843" w:type="dxa"/>
            <w:shd w:val="clear" w:color="auto" w:fill="E9F1F6"/>
            <w:vAlign w:val="center"/>
          </w:tcPr>
          <w:p w14:paraId="46FDD105" w14:textId="77777777" w:rsidR="00416EDC" w:rsidRDefault="00000000">
            <w:pPr>
              <w:spacing w:after="0"/>
            </w:pPr>
            <w:proofErr w:type="spellStart"/>
            <w:r>
              <w:rPr>
                <w:b/>
                <w:sz w:val="18"/>
              </w:rPr>
              <w:t>Conservazione</w:t>
            </w:r>
            <w:proofErr w:type="spellEnd"/>
          </w:p>
        </w:tc>
        <w:tc>
          <w:tcPr>
            <w:tcW w:w="7682" w:type="dxa"/>
            <w:vAlign w:val="center"/>
          </w:tcPr>
          <w:p w14:paraId="124897E4" w14:textId="77777777" w:rsidR="00D72561" w:rsidRDefault="00D72561">
            <w:pPr>
              <w:spacing w:after="0"/>
              <w:rPr>
                <w:sz w:val="18"/>
                <w:lang w:val="it-IT"/>
              </w:rPr>
            </w:pPr>
          </w:p>
          <w:p w14:paraId="05F7CEF6" w14:textId="5B78A63C" w:rsidR="00416EDC" w:rsidRPr="00D72561" w:rsidRDefault="00000000">
            <w:pPr>
              <w:spacing w:after="0"/>
              <w:rPr>
                <w:lang w:val="it-IT"/>
              </w:rPr>
            </w:pPr>
            <w:r w:rsidRPr="008F4AB1">
              <w:rPr>
                <w:sz w:val="18"/>
                <w:lang w:val="it-IT"/>
              </w:rPr>
              <w:t>Filmati grezzi</w:t>
            </w:r>
            <w:r w:rsidR="002E6E33">
              <w:rPr>
                <w:sz w:val="18"/>
                <w:lang w:val="it-IT"/>
              </w:rPr>
              <w:t xml:space="preserve">; </w:t>
            </w:r>
            <w:r w:rsidRPr="008F4AB1">
              <w:rPr>
                <w:sz w:val="18"/>
                <w:lang w:val="it-IT"/>
              </w:rPr>
              <w:t xml:space="preserve">video approvati; moduli. </w:t>
            </w:r>
            <w:r w:rsidRPr="00D72561">
              <w:rPr>
                <w:sz w:val="18"/>
                <w:lang w:val="it-IT"/>
              </w:rPr>
              <w:t>I campi devono essere definiti PRIMA della raccolta.</w:t>
            </w:r>
          </w:p>
        </w:tc>
      </w:tr>
      <w:tr w:rsidR="00416EDC" w:rsidRPr="002E6E33" w14:paraId="4C3D522D" w14:textId="77777777" w:rsidTr="00D72561">
        <w:trPr>
          <w:jc w:val="center"/>
        </w:trPr>
        <w:tc>
          <w:tcPr>
            <w:tcW w:w="1843" w:type="dxa"/>
            <w:shd w:val="clear" w:color="auto" w:fill="E9F1F6"/>
            <w:vAlign w:val="center"/>
          </w:tcPr>
          <w:p w14:paraId="2DD32B85" w14:textId="77777777" w:rsidR="00416EDC" w:rsidRDefault="00000000">
            <w:pPr>
              <w:spacing w:after="0"/>
            </w:pPr>
            <w:proofErr w:type="spellStart"/>
            <w:r>
              <w:rPr>
                <w:b/>
                <w:sz w:val="18"/>
              </w:rPr>
              <w:t>Sicurezza</w:t>
            </w:r>
            <w:proofErr w:type="spellEnd"/>
          </w:p>
        </w:tc>
        <w:tc>
          <w:tcPr>
            <w:tcW w:w="7682" w:type="dxa"/>
            <w:shd w:val="clear" w:color="auto" w:fill="FAFBFC"/>
            <w:vAlign w:val="center"/>
          </w:tcPr>
          <w:p w14:paraId="193954BA" w14:textId="77777777" w:rsidR="00D72561" w:rsidRDefault="00D72561">
            <w:pPr>
              <w:spacing w:after="0"/>
              <w:rPr>
                <w:sz w:val="18"/>
                <w:lang w:val="it-IT"/>
              </w:rPr>
            </w:pPr>
          </w:p>
          <w:p w14:paraId="47741B04" w14:textId="77777777" w:rsidR="00416EDC" w:rsidRPr="008F4AB1" w:rsidRDefault="00000000">
            <w:pPr>
              <w:spacing w:after="0"/>
              <w:rPr>
                <w:lang w:val="it-IT"/>
              </w:rPr>
            </w:pPr>
            <w:r w:rsidRPr="008F4AB1">
              <w:rPr>
                <w:sz w:val="18"/>
                <w:lang w:val="it-IT"/>
              </w:rPr>
              <w:t>Uso di attrezzature e archivi autorizzati dall’Istituto; accessi nominativi; divieto di salvataggio definitivo su dispositivi personali e di pubblicazione da profili privati.</w:t>
            </w:r>
          </w:p>
        </w:tc>
      </w:tr>
      <w:tr w:rsidR="00416EDC" w:rsidRPr="00D72561" w14:paraId="7815F527" w14:textId="77777777" w:rsidTr="00D72561">
        <w:trPr>
          <w:jc w:val="center"/>
        </w:trPr>
        <w:tc>
          <w:tcPr>
            <w:tcW w:w="1843" w:type="dxa"/>
            <w:shd w:val="clear" w:color="auto" w:fill="E9F1F6"/>
            <w:vAlign w:val="center"/>
          </w:tcPr>
          <w:p w14:paraId="67866D80" w14:textId="77777777" w:rsidR="00416EDC" w:rsidRDefault="00000000">
            <w:pPr>
              <w:spacing w:after="0"/>
            </w:pPr>
            <w:proofErr w:type="spellStart"/>
            <w:r>
              <w:rPr>
                <w:b/>
                <w:sz w:val="18"/>
              </w:rPr>
              <w:t>Diritti</w:t>
            </w:r>
            <w:proofErr w:type="spellEnd"/>
          </w:p>
        </w:tc>
        <w:tc>
          <w:tcPr>
            <w:tcW w:w="7682" w:type="dxa"/>
            <w:vAlign w:val="center"/>
          </w:tcPr>
          <w:p w14:paraId="2B23A995" w14:textId="77777777" w:rsidR="00D72561" w:rsidRDefault="00D72561">
            <w:pPr>
              <w:spacing w:after="0"/>
              <w:rPr>
                <w:sz w:val="18"/>
                <w:lang w:val="it-IT"/>
              </w:rPr>
            </w:pPr>
          </w:p>
          <w:p w14:paraId="122D8A0E" w14:textId="77777777" w:rsidR="00416EDC" w:rsidRPr="00D72561" w:rsidRDefault="00000000">
            <w:pPr>
              <w:spacing w:after="0"/>
              <w:rPr>
                <w:lang w:val="it-IT"/>
              </w:rPr>
            </w:pPr>
            <w:r w:rsidRPr="008F4AB1">
              <w:rPr>
                <w:sz w:val="18"/>
                <w:lang w:val="it-IT"/>
              </w:rPr>
              <w:t xml:space="preserve">Articoli 15–22 GDPR, nei limiti applicabili (accesso, rettifica, cancellazione, limitazione, opposizione e altri diritti pertinenti); istanze ai recapiti della scuola o del DPO. </w:t>
            </w:r>
            <w:r w:rsidRPr="00D72561">
              <w:rPr>
                <w:sz w:val="18"/>
                <w:lang w:val="it-IT"/>
              </w:rPr>
              <w:t>Reclamo al Garante: www.garanteprivacy.it.</w:t>
            </w:r>
          </w:p>
        </w:tc>
      </w:tr>
      <w:tr w:rsidR="00416EDC" w:rsidRPr="00D72561" w14:paraId="3B11BE62" w14:textId="77777777" w:rsidTr="00D72561">
        <w:trPr>
          <w:jc w:val="center"/>
        </w:trPr>
        <w:tc>
          <w:tcPr>
            <w:tcW w:w="1843" w:type="dxa"/>
            <w:shd w:val="clear" w:color="auto" w:fill="E9F1F6"/>
            <w:vAlign w:val="center"/>
          </w:tcPr>
          <w:p w14:paraId="7D6AD09A" w14:textId="77777777" w:rsidR="00416EDC" w:rsidRDefault="00000000">
            <w:pPr>
              <w:spacing w:after="0"/>
            </w:pPr>
            <w:proofErr w:type="spellStart"/>
            <w:r>
              <w:rPr>
                <w:b/>
                <w:sz w:val="18"/>
              </w:rPr>
              <w:t>Conferimento</w:t>
            </w:r>
            <w:proofErr w:type="spellEnd"/>
          </w:p>
        </w:tc>
        <w:tc>
          <w:tcPr>
            <w:tcW w:w="7682" w:type="dxa"/>
            <w:shd w:val="clear" w:color="auto" w:fill="FAFBFC"/>
            <w:vAlign w:val="center"/>
          </w:tcPr>
          <w:p w14:paraId="05D19278" w14:textId="77777777" w:rsidR="00D72561" w:rsidRDefault="00D72561">
            <w:pPr>
              <w:spacing w:after="0"/>
              <w:rPr>
                <w:sz w:val="18"/>
                <w:lang w:val="it-IT"/>
              </w:rPr>
            </w:pPr>
          </w:p>
          <w:p w14:paraId="53ECB612" w14:textId="77777777" w:rsidR="00416EDC" w:rsidRPr="00D72561" w:rsidRDefault="00000000">
            <w:pPr>
              <w:spacing w:after="0"/>
              <w:rPr>
                <w:lang w:val="it-IT"/>
              </w:rPr>
            </w:pPr>
            <w:r w:rsidRPr="008F4AB1">
              <w:rPr>
                <w:sz w:val="18"/>
                <w:lang w:val="it-IT"/>
              </w:rPr>
              <w:t xml:space="preserve">La partecipazione alle riprese è facoltativa e un rifiuto non incide su voti, frequenza, attività o servizi scolastici. </w:t>
            </w:r>
            <w:r w:rsidRPr="00D72561">
              <w:rPr>
                <w:sz w:val="18"/>
                <w:lang w:val="it-IT"/>
              </w:rPr>
              <w:t>Non è prevista una decisione esclusivamente automatizzata.</w:t>
            </w:r>
          </w:p>
        </w:tc>
      </w:tr>
    </w:tbl>
    <w:p w14:paraId="32C19A62" w14:textId="77777777" w:rsidR="00416EDC" w:rsidRDefault="00000000">
      <w:pPr>
        <w:pStyle w:val="Titolo1"/>
      </w:pPr>
      <w:r>
        <w:t>5. Dichiarazione e sottoscrizione</w:t>
      </w:r>
    </w:p>
    <w:p w14:paraId="484C60D7" w14:textId="77777777" w:rsidR="00416EDC" w:rsidRPr="008F4AB1" w:rsidRDefault="00000000">
      <w:pPr>
        <w:rPr>
          <w:lang w:val="it-IT"/>
        </w:rPr>
      </w:pPr>
      <w:r w:rsidRPr="008F4AB1">
        <w:rPr>
          <w:lang w:val="it-IT"/>
        </w:rPr>
        <w:t>Dichiaro di aver compreso i rischi di pubblicazione su Internet e che potrò richiedere alla scuola la cessazione degli utilizzi futuri e la valutazione della rimozione dei contenuti sotto il suo controllo, nei limiti della normativa applicabile. La scuola non utilizzerà eventuali risposte “SÌ” per avviare diffusioni in assenza di una base giuridica idonea.</w:t>
      </w:r>
    </w:p>
    <w:p w14:paraId="352BFDA2" w14:textId="77777777" w:rsidR="00125BDB" w:rsidRDefault="00000000" w:rsidP="00125BDB">
      <w:pPr>
        <w:rPr>
          <w:lang w:val="it-IT"/>
        </w:rPr>
      </w:pPr>
      <w:r w:rsidRPr="008F4AB1">
        <w:rPr>
          <w:lang w:val="it-IT"/>
        </w:rPr>
        <w:t xml:space="preserve">Luogo e data ___________________________________    </w:t>
      </w:r>
      <w:r w:rsidR="00125BDB">
        <w:rPr>
          <w:lang w:val="it-IT"/>
        </w:rPr>
        <w:tab/>
      </w:r>
      <w:r w:rsidR="00125BDB">
        <w:rPr>
          <w:lang w:val="it-IT"/>
        </w:rPr>
        <w:tab/>
      </w:r>
      <w:r w:rsidR="00125BDB">
        <w:rPr>
          <w:lang w:val="it-IT"/>
        </w:rPr>
        <w:tab/>
      </w:r>
      <w:r w:rsidR="00125BDB">
        <w:rPr>
          <w:lang w:val="it-IT"/>
        </w:rPr>
        <w:tab/>
      </w:r>
      <w:r w:rsidRPr="008F4AB1">
        <w:rPr>
          <w:lang w:val="it-IT"/>
        </w:rPr>
        <w:t xml:space="preserve">Firma studente maggiorenne </w:t>
      </w:r>
    </w:p>
    <w:p w14:paraId="73AE0E69" w14:textId="77777777" w:rsidR="00416EDC" w:rsidRPr="008F4AB1" w:rsidRDefault="00125BDB" w:rsidP="00125BDB">
      <w:pPr>
        <w:rPr>
          <w:lang w:val="it-IT"/>
        </w:rPr>
      </w:pP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sidRPr="008F4AB1">
        <w:rPr>
          <w:lang w:val="it-IT"/>
        </w:rPr>
        <w:t>___________________________________</w:t>
      </w:r>
    </w:p>
    <w:p w14:paraId="776BB4D2" w14:textId="77777777" w:rsidR="00416EDC" w:rsidRPr="00125BDB" w:rsidRDefault="00416EDC">
      <w:pPr>
        <w:rPr>
          <w:lang w:val="it-IT"/>
        </w:rPr>
      </w:pPr>
    </w:p>
    <w:sectPr w:rsidR="00416EDC" w:rsidRPr="00125BDB">
      <w:headerReference w:type="default" r:id="rId13"/>
      <w:footerReference w:type="default" r:id="rId14"/>
      <w:pgSz w:w="11906" w:h="16838"/>
      <w:pgMar w:top="1304" w:right="1191" w:bottom="1049" w:left="1191" w:header="482"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88904" w14:textId="77777777" w:rsidR="006255D9" w:rsidRDefault="006255D9">
      <w:pPr>
        <w:spacing w:after="0" w:line="240" w:lineRule="auto"/>
      </w:pPr>
      <w:r>
        <w:separator/>
      </w:r>
    </w:p>
  </w:endnote>
  <w:endnote w:type="continuationSeparator" w:id="0">
    <w:p w14:paraId="78FFB5FA" w14:textId="77777777" w:rsidR="006255D9" w:rsidRDefault="00625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3904" w14:textId="77777777" w:rsidR="00416EDC" w:rsidRPr="008F4AB1" w:rsidRDefault="00000000">
    <w:pPr>
      <w:pStyle w:val="Pidipagina"/>
      <w:jc w:val="center"/>
      <w:rPr>
        <w:lang w:val="it-IT"/>
      </w:rPr>
    </w:pPr>
    <w:r w:rsidRPr="008F4AB1">
      <w:rPr>
        <w:color w:val="707A86"/>
        <w:sz w:val="14"/>
        <w:lang w:val="it-IT"/>
      </w:rPr>
      <w:t>I.S.I.S. “Federico II”  •  Orientamento in entrata  •  Modulistica da completare prima dell’utilizzo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10D45" w14:textId="77777777" w:rsidR="006255D9" w:rsidRDefault="006255D9">
      <w:pPr>
        <w:spacing w:after="0" w:line="240" w:lineRule="auto"/>
      </w:pPr>
      <w:r>
        <w:separator/>
      </w:r>
    </w:p>
  </w:footnote>
  <w:footnote w:type="continuationSeparator" w:id="0">
    <w:p w14:paraId="32D57C31" w14:textId="77777777" w:rsidR="006255D9" w:rsidRDefault="006255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6F31" w14:textId="77777777" w:rsidR="002A0CE7" w:rsidRDefault="002A0CE7" w:rsidP="002A0CE7">
    <w:pPr>
      <w:jc w:val="center"/>
      <w:rPr>
        <w:color w:val="000000"/>
        <w:sz w:val="32"/>
        <w:szCs w:val="32"/>
      </w:rPr>
    </w:pPr>
    <w:r w:rsidRPr="00C94889">
      <w:rPr>
        <w:rFonts w:cs="Calibri"/>
        <w:b/>
        <w:noProof/>
      </w:rPr>
      <w:drawing>
        <wp:inline distT="0" distB="0" distL="0" distR="0" wp14:anchorId="72C3C041" wp14:editId="5AB37007">
          <wp:extent cx="426681" cy="481119"/>
          <wp:effectExtent l="0" t="0" r="5715" b="1905"/>
          <wp:docPr id="1" name="image2.png" descr="Immagine che contiene gioco, baseball&#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cstate="print"/>
                  <a:srcRect/>
                  <a:stretch>
                    <a:fillRect/>
                  </a:stretch>
                </pic:blipFill>
                <pic:spPr>
                  <a:xfrm>
                    <a:off x="0" y="0"/>
                    <a:ext cx="429798" cy="484634"/>
                  </a:xfrm>
                  <a:prstGeom prst="rect">
                    <a:avLst/>
                  </a:prstGeom>
                  <a:ln/>
                </pic:spPr>
              </pic:pic>
            </a:graphicData>
          </a:graphic>
        </wp:inline>
      </w:drawing>
    </w:r>
  </w:p>
  <w:p w14:paraId="33D6895D" w14:textId="77777777" w:rsidR="002A0CE7" w:rsidRDefault="002A0CE7" w:rsidP="002A0CE7">
    <w:pPr>
      <w:pStyle w:val="Normale1"/>
      <w:spacing w:line="264" w:lineRule="auto"/>
      <w:jc w:val="center"/>
      <w:rPr>
        <w:rFonts w:ascii="Calibri" w:eastAsia="Calibri" w:hAnsi="Calibri" w:cs="Calibri"/>
        <w:b/>
        <w:sz w:val="24"/>
        <w:szCs w:val="24"/>
      </w:rPr>
    </w:pPr>
    <w:r>
      <w:rPr>
        <w:rFonts w:ascii="Calibri" w:eastAsia="Calibri" w:hAnsi="Calibri" w:cs="Calibri"/>
        <w:b/>
        <w:sz w:val="20"/>
        <w:szCs w:val="24"/>
      </w:rPr>
      <w:t>Ministero dell’Istruzione e del Merito</w:t>
    </w:r>
  </w:p>
  <w:p w14:paraId="00FFA7F1" w14:textId="5990FDF4" w:rsidR="00416EDC" w:rsidRPr="002B0AE2" w:rsidRDefault="002E6E33" w:rsidP="002A0CE7">
    <w:pPr>
      <w:pStyle w:val="Intestazione"/>
      <w:rPr>
        <w:lang w:val="it-IT"/>
      </w:rPr>
    </w:pPr>
    <w:r>
      <w:rPr>
        <w:noProof/>
        <w:lang w:val="it-IT"/>
      </w:rPr>
      <w:drawing>
        <wp:inline distT="0" distB="0" distL="0" distR="0" wp14:anchorId="2A6B6DEF" wp14:editId="608A8916">
          <wp:extent cx="6047740" cy="1604645"/>
          <wp:effectExtent l="0" t="0" r="0" b="0"/>
          <wp:docPr id="205760756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607565" name="Immagine 2057607565"/>
                  <pic:cNvPicPr/>
                </pic:nvPicPr>
                <pic:blipFill>
                  <a:blip r:embed="rId2"/>
                  <a:stretch>
                    <a:fillRect/>
                  </a:stretch>
                </pic:blipFill>
                <pic:spPr>
                  <a:xfrm>
                    <a:off x="0" y="0"/>
                    <a:ext cx="6047740" cy="16046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305357523">
    <w:abstractNumId w:val="8"/>
  </w:num>
  <w:num w:numId="2" w16cid:durableId="1932546453">
    <w:abstractNumId w:val="6"/>
  </w:num>
  <w:num w:numId="3" w16cid:durableId="268700784">
    <w:abstractNumId w:val="5"/>
  </w:num>
  <w:num w:numId="4" w16cid:durableId="1342778174">
    <w:abstractNumId w:val="4"/>
  </w:num>
  <w:num w:numId="5" w16cid:durableId="486630161">
    <w:abstractNumId w:val="7"/>
  </w:num>
  <w:num w:numId="6" w16cid:durableId="1027146752">
    <w:abstractNumId w:val="3"/>
  </w:num>
  <w:num w:numId="7" w16cid:durableId="1496147145">
    <w:abstractNumId w:val="2"/>
  </w:num>
  <w:num w:numId="8" w16cid:durableId="723605646">
    <w:abstractNumId w:val="1"/>
  </w:num>
  <w:num w:numId="9" w16cid:durableId="2017926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5BDB"/>
    <w:rsid w:val="0015074B"/>
    <w:rsid w:val="0015155B"/>
    <w:rsid w:val="0029639D"/>
    <w:rsid w:val="002A0CE7"/>
    <w:rsid w:val="002B0AE2"/>
    <w:rsid w:val="002E6E33"/>
    <w:rsid w:val="00326F90"/>
    <w:rsid w:val="00416EDC"/>
    <w:rsid w:val="005F29F2"/>
    <w:rsid w:val="006255D9"/>
    <w:rsid w:val="008F4AB1"/>
    <w:rsid w:val="00967A53"/>
    <w:rsid w:val="00A05BF0"/>
    <w:rsid w:val="00A818AB"/>
    <w:rsid w:val="00AA1D8D"/>
    <w:rsid w:val="00B47730"/>
    <w:rsid w:val="00CB0664"/>
    <w:rsid w:val="00D71241"/>
    <w:rsid w:val="00D725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B1DC55"/>
  <w14:defaultImageDpi w14:val="300"/>
  <w15:docId w15:val="{71C7CFD0-8D02-2349-B440-E4F1BA17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74" w:lineRule="auto"/>
    </w:pPr>
    <w:rPr>
      <w:rFonts w:ascii="Aptos" w:hAnsi="Aptos"/>
      <w:color w:val="29313B"/>
      <w:sz w:val="19"/>
    </w:rPr>
  </w:style>
  <w:style w:type="paragraph" w:styleId="Titolo1">
    <w:name w:val="heading 1"/>
    <w:basedOn w:val="Normale"/>
    <w:next w:val="Normale"/>
    <w:link w:val="Titolo1Carattere"/>
    <w:uiPriority w:val="9"/>
    <w:qFormat/>
    <w:rsid w:val="00FC693F"/>
    <w:pPr>
      <w:keepNext/>
      <w:keepLines/>
      <w:spacing w:before="180" w:after="80"/>
      <w:outlineLvl w:val="0"/>
    </w:pPr>
    <w:rPr>
      <w:rFonts w:asciiTheme="majorHAnsi" w:eastAsiaTheme="majorEastAsia" w:hAnsiTheme="majorHAnsi" w:cstheme="majorBidi"/>
      <w:b/>
      <w:bCs/>
      <w:color w:val="163558"/>
      <w:sz w:val="21"/>
      <w:szCs w:val="28"/>
    </w:rPr>
  </w:style>
  <w:style w:type="paragraph" w:styleId="Titolo2">
    <w:name w:val="heading 2"/>
    <w:basedOn w:val="Normale"/>
    <w:next w:val="Normale"/>
    <w:link w:val="Titolo2Carattere"/>
    <w:uiPriority w:val="9"/>
    <w:unhideWhenUsed/>
    <w:qFormat/>
    <w:rsid w:val="00FC693F"/>
    <w:pPr>
      <w:keepNext/>
      <w:keepLines/>
      <w:spacing w:before="180" w:after="80"/>
      <w:outlineLvl w:val="1"/>
    </w:pPr>
    <w:rPr>
      <w:rFonts w:asciiTheme="majorHAnsi" w:eastAsiaTheme="majorEastAsia" w:hAnsiTheme="majorHAnsi" w:cstheme="majorBidi"/>
      <w:b/>
      <w:bCs/>
      <w:color w:val="163558"/>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b/>
      <w:color w:val="163558"/>
      <w:spacing w:val="5"/>
      <w:kern w:val="28"/>
      <w:sz w:val="3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e1">
    <w:name w:val="Normale1"/>
    <w:rsid w:val="002A0CE7"/>
    <w:pPr>
      <w:spacing w:after="0"/>
    </w:pPr>
    <w:rPr>
      <w:rFonts w:ascii="Arial" w:eastAsia="Arial" w:hAnsi="Arial" w:cs="Arial"/>
      <w:lang w:val="it-IT" w:eastAsia="it-IT"/>
    </w:rPr>
  </w:style>
  <w:style w:type="character" w:styleId="Collegamentoipertestuale">
    <w:name w:val="Hyperlink"/>
    <w:basedOn w:val="Carpredefinitoparagrafo"/>
    <w:uiPriority w:val="99"/>
    <w:unhideWhenUsed/>
    <w:rsid w:val="00D72561"/>
    <w:rPr>
      <w:color w:val="0000FF" w:themeColor="hyperlink"/>
      <w:u w:val="single"/>
    </w:rPr>
  </w:style>
  <w:style w:type="character" w:styleId="Menzionenonrisolta">
    <w:name w:val="Unresolved Mention"/>
    <w:basedOn w:val="Carpredefinitoparagrafo"/>
    <w:uiPriority w:val="99"/>
    <w:semiHidden/>
    <w:unhideWhenUsed/>
    <w:rsid w:val="00D72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hare/19jVzcbTw2/?mibextid=wwXIf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stagram.com/isis_federico_secondo?srtk=dmhkejl4eXI3Y2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areascuol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eis044001@pec.istruzione.it" TargetMode="External"/><Relationship Id="rId4" Type="http://schemas.openxmlformats.org/officeDocument/2006/relationships/settings" Target="settings.xml"/><Relationship Id="rId9" Type="http://schemas.openxmlformats.org/officeDocument/2006/relationships/hyperlink" Target="https://www.instagram.com/isis_federico_secondo?srtk=dmhkejl4eXI3Y2R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progetto orientamento – I.S.I.S. Federico II Capua</dc:title>
  <dc:subject/>
  <dc:creator>Microsoft Office User</dc:creator>
  <cp:keywords/>
  <dc:description>generated by python-docx</dc:description>
  <cp:lastModifiedBy>carmela parente</cp:lastModifiedBy>
  <cp:revision>11</cp:revision>
  <cp:lastPrinted>2026-10-28T12:47:00Z</cp:lastPrinted>
  <dcterms:created xsi:type="dcterms:W3CDTF">2026-10-28T12:42:00Z</dcterms:created>
  <dcterms:modified xsi:type="dcterms:W3CDTF">2026-10-29T00:57:00Z</dcterms:modified>
  <cp:category/>
</cp:coreProperties>
</file>