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E33AD" w14:textId="77777777" w:rsidR="008F5D67" w:rsidRPr="00085BF2" w:rsidRDefault="00000000">
      <w:pPr>
        <w:spacing w:after="20"/>
        <w:rPr>
          <w:lang w:val="it-IT"/>
        </w:rPr>
      </w:pPr>
      <w:r w:rsidRPr="00085BF2">
        <w:rPr>
          <w:b/>
          <w:color w:val="195685"/>
          <w:sz w:val="17"/>
          <w:lang w:val="it-IT"/>
        </w:rPr>
        <w:t>MODELLO B  |  STUDENTI MINORENNI</w:t>
      </w:r>
    </w:p>
    <w:p w14:paraId="0A717481" w14:textId="77777777" w:rsidR="008F5D67" w:rsidRPr="00085BF2" w:rsidRDefault="00000000">
      <w:pPr>
        <w:pStyle w:val="Titolo"/>
        <w:pBdr>
          <w:bottom w:val="single" w:sz="7" w:space="4" w:color="628BB3"/>
        </w:pBdr>
        <w:rPr>
          <w:lang w:val="it-IT"/>
        </w:rPr>
      </w:pPr>
      <w:r w:rsidRPr="00085BF2">
        <w:rPr>
          <w:b w:val="0"/>
          <w:lang w:val="it-IT"/>
        </w:rPr>
        <w:t>Informativa e dichiarazione di partecipazione alle riprese</w:t>
      </w:r>
    </w:p>
    <w:p w14:paraId="3D8F27B2" w14:textId="77777777" w:rsidR="008F5D67" w:rsidRPr="00085BF2" w:rsidRDefault="00000000">
      <w:pPr>
        <w:spacing w:after="120"/>
        <w:jc w:val="center"/>
        <w:rPr>
          <w:lang w:val="it-IT"/>
        </w:rPr>
      </w:pPr>
      <w:r w:rsidRPr="00085BF2">
        <w:rPr>
          <w:i/>
          <w:sz w:val="17"/>
          <w:lang w:val="it-IT"/>
        </w:rPr>
        <w:t>Progetto “Orientamento in entrata” · Riprese a cura dei docenti nei locali della scuola · Destinazione prevista: sito istituzionale e canali social ufficiali</w:t>
      </w:r>
    </w:p>
    <w:p w14:paraId="37F29F4C" w14:textId="77777777" w:rsidR="008F5D67" w:rsidRPr="00085BF2" w:rsidRDefault="00000000">
      <w:pPr>
        <w:pStyle w:val="Titolo1"/>
        <w:rPr>
          <w:lang w:val="it-IT"/>
        </w:rPr>
      </w:pPr>
      <w:r w:rsidRPr="00085BF2">
        <w:rPr>
          <w:b w:val="0"/>
          <w:lang w:val="it-IT"/>
        </w:rPr>
        <w:t>1. Studente ed esercenti la responsabilità genitoriale</w:t>
      </w:r>
    </w:p>
    <w:p w14:paraId="71D5F2F5" w14:textId="77777777" w:rsidR="008F5D67" w:rsidRPr="00085BF2" w:rsidRDefault="00000000">
      <w:pPr>
        <w:spacing w:after="60"/>
        <w:rPr>
          <w:lang w:val="it-IT"/>
        </w:rPr>
      </w:pPr>
      <w:r w:rsidRPr="00085BF2">
        <w:rPr>
          <w:lang w:val="it-IT"/>
        </w:rPr>
        <w:t>Studente/</w:t>
      </w:r>
      <w:proofErr w:type="spellStart"/>
      <w:r w:rsidRPr="00085BF2">
        <w:rPr>
          <w:lang w:val="it-IT"/>
        </w:rPr>
        <w:t>ssa</w:t>
      </w:r>
      <w:proofErr w:type="spellEnd"/>
      <w:r w:rsidRPr="00085BF2">
        <w:rPr>
          <w:lang w:val="it-IT"/>
        </w:rPr>
        <w:t xml:space="preserve"> __________________________________________  Classe ______  Sez. ______  Data di nascita ______________</w:t>
      </w:r>
    </w:p>
    <w:p w14:paraId="37D6A4BB" w14:textId="77777777" w:rsidR="008F5D67" w:rsidRPr="00085BF2" w:rsidRDefault="00000000">
      <w:pPr>
        <w:spacing w:after="60"/>
        <w:rPr>
          <w:lang w:val="it-IT"/>
        </w:rPr>
      </w:pPr>
      <w:r w:rsidRPr="00085BF2">
        <w:rPr>
          <w:lang w:val="it-IT"/>
        </w:rPr>
        <w:t>Genitore/esercente 1 ___________________________________________________________________________________</w:t>
      </w:r>
    </w:p>
    <w:p w14:paraId="407A59FF" w14:textId="77777777" w:rsidR="008F5D67" w:rsidRPr="00085BF2" w:rsidRDefault="00000000">
      <w:pPr>
        <w:spacing w:after="60"/>
        <w:rPr>
          <w:lang w:val="it-IT"/>
        </w:rPr>
      </w:pPr>
      <w:r w:rsidRPr="00085BF2">
        <w:rPr>
          <w:lang w:val="it-IT"/>
        </w:rPr>
        <w:t>Genitore/esercente 2 ___________________________________________________________________________________</w:t>
      </w:r>
    </w:p>
    <w:p w14:paraId="30DB7117" w14:textId="77777777" w:rsidR="008F5D67" w:rsidRPr="00085BF2" w:rsidRDefault="00000000">
      <w:pPr>
        <w:spacing w:after="40"/>
        <w:rPr>
          <w:lang w:val="it-IT"/>
        </w:rPr>
      </w:pPr>
      <w:r w:rsidRPr="00085BF2">
        <w:rPr>
          <w:sz w:val="16"/>
          <w:lang w:val="it-IT"/>
        </w:rPr>
        <w:t>In caso di firma di un solo esercente: indicare il titolo legittimante e la documentazione agli atti [_____________________].</w:t>
      </w:r>
    </w:p>
    <w:p w14:paraId="6D8E56F2" w14:textId="77777777" w:rsidR="008F5D67" w:rsidRPr="00085BF2" w:rsidRDefault="00000000">
      <w:pPr>
        <w:pStyle w:val="Titolo1"/>
        <w:rPr>
          <w:lang w:val="it-IT"/>
        </w:rPr>
      </w:pPr>
      <w:r w:rsidRPr="00085BF2">
        <w:rPr>
          <w:b w:val="0"/>
          <w:lang w:val="it-IT"/>
        </w:rPr>
        <w:t>2. Attività prevista e distinzione tra riprese e pubblicazione</w:t>
      </w:r>
    </w:p>
    <w:p w14:paraId="08AA68B8" w14:textId="77777777" w:rsidR="008F5D67" w:rsidRPr="00085BF2" w:rsidRDefault="00000000">
      <w:pPr>
        <w:spacing w:after="60"/>
        <w:rPr>
          <w:lang w:val="it-IT"/>
        </w:rPr>
      </w:pPr>
      <w:r w:rsidRPr="00085BF2">
        <w:rPr>
          <w:lang w:val="it-IT"/>
        </w:rPr>
        <w:t>I docenti incaricati realizzeranno filmati per illustrare i laboratori e gli indirizzi dell’I.S.I.S. “Federico II”. Le riprese potranno comprendere studenti guida, simulazioni e attività pratiche, con eventuale acquisizione di volto e voce riconoscibili.</w:t>
      </w:r>
    </w:p>
    <w:p w14:paraId="0C80166A" w14:textId="77777777" w:rsidR="008F5D67" w:rsidRPr="00085BF2" w:rsidRDefault="00000000">
      <w:pPr>
        <w:spacing w:after="60"/>
        <w:rPr>
          <w:lang w:val="it-IT"/>
        </w:rPr>
      </w:pPr>
      <w:r w:rsidRPr="00085BF2">
        <w:rPr>
          <w:lang w:val="it-IT"/>
        </w:rPr>
        <w:t>La ripresa riconoscibile di un minorenne non è vietata in assoluto. Può essere effettuata soltanto dopo che la scuola abbia verificato e documentato un idoneo presupposto di liceità, le condizioni operative e le misure di tutela. L’adesione familiare non sostituisce tali verifiche.</w:t>
      </w:r>
    </w:p>
    <w:p w14:paraId="28E8A37F" w14:textId="77777777" w:rsidR="008F5D67" w:rsidRPr="00085BF2" w:rsidRDefault="00000000">
      <w:pPr>
        <w:spacing w:after="60"/>
        <w:rPr>
          <w:lang w:val="it-IT"/>
        </w:rPr>
      </w:pPr>
      <w:r w:rsidRPr="00085BF2">
        <w:rPr>
          <w:lang w:val="it-IT"/>
        </w:rPr>
        <w:t>La successiva diffusione di immagini o voci riconoscibili sul sito www.itfederico2.it e sui profili social istituzionali [INDICARE PROFILI] costituisce un trattamento distinto. La presente dichiarazione non autorizza automaticamente tale pubblicazione: in assenza di autonoma e idonea base giuridica, le sequenze riconoscibili del minore non saranno diffuse.</w:t>
      </w:r>
    </w:p>
    <w:p w14:paraId="7FD50172" w14:textId="77777777" w:rsidR="008F5D67" w:rsidRPr="00085BF2" w:rsidRDefault="00000000">
      <w:pPr>
        <w:pStyle w:val="Titolo1"/>
        <w:rPr>
          <w:lang w:val="it-IT"/>
        </w:rPr>
      </w:pPr>
      <w:r w:rsidRPr="00085BF2">
        <w:rPr>
          <w:b w:val="0"/>
          <w:lang w:val="it-IT"/>
        </w:rPr>
        <w:t>3. Scelte volontarie della famiglia</w:t>
      </w:r>
    </w:p>
    <w:p w14:paraId="29A5691A" w14:textId="77777777" w:rsidR="008F5D67" w:rsidRPr="00085BF2" w:rsidRDefault="00000000">
      <w:pPr>
        <w:rPr>
          <w:lang w:val="it-IT"/>
        </w:rPr>
      </w:pPr>
      <w:r w:rsidRPr="00085BF2">
        <w:rPr>
          <w:b/>
          <w:color w:val="1C5985"/>
          <w:sz w:val="15"/>
          <w:lang w:val="it-IT"/>
        </w:rPr>
        <w:t>INDICARE UNA RISPOSTA PER CIASCUNA RIGA. IL “SÌ” ALLA RIPRESA NON EQUIVALE A CONSENSO ALLA PUBBLICAZIONE ONLINE.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90"/>
        <w:gridCol w:w="2176"/>
        <w:gridCol w:w="2206"/>
      </w:tblGrid>
      <w:tr w:rsidR="008F5D67" w14:paraId="5A799BD4" w14:textId="77777777">
        <w:trPr>
          <w:jc w:val="center"/>
        </w:trPr>
        <w:tc>
          <w:tcPr>
            <w:tcW w:w="3194" w:type="dxa"/>
            <w:shd w:val="clear" w:color="auto" w:fill="DCEAF4"/>
            <w:vAlign w:val="center"/>
          </w:tcPr>
          <w:p w14:paraId="49BDD97F" w14:textId="77777777" w:rsidR="008F5D67" w:rsidRDefault="00000000">
            <w:pPr>
              <w:spacing w:after="20"/>
            </w:pPr>
            <w:r>
              <w:rPr>
                <w:b/>
                <w:sz w:val="16"/>
              </w:rPr>
              <w:t>ATTIVITÀ</w:t>
            </w:r>
          </w:p>
        </w:tc>
        <w:tc>
          <w:tcPr>
            <w:tcW w:w="3194" w:type="dxa"/>
            <w:shd w:val="clear" w:color="auto" w:fill="DCEAF4"/>
            <w:vAlign w:val="center"/>
          </w:tcPr>
          <w:p w14:paraId="134DA8D1" w14:textId="77777777" w:rsidR="008F5D67" w:rsidRDefault="00000000">
            <w:pPr>
              <w:spacing w:after="20"/>
            </w:pPr>
            <w:r>
              <w:rPr>
                <w:b/>
                <w:sz w:val="16"/>
              </w:rPr>
              <w:t>SÌ</w:t>
            </w:r>
          </w:p>
        </w:tc>
        <w:tc>
          <w:tcPr>
            <w:tcW w:w="3194" w:type="dxa"/>
            <w:shd w:val="clear" w:color="auto" w:fill="DCEAF4"/>
            <w:vAlign w:val="center"/>
          </w:tcPr>
          <w:p w14:paraId="25521EF0" w14:textId="77777777" w:rsidR="008F5D67" w:rsidRDefault="00000000">
            <w:pPr>
              <w:spacing w:after="20"/>
            </w:pPr>
            <w:r>
              <w:rPr>
                <w:b/>
                <w:sz w:val="16"/>
              </w:rPr>
              <w:t>NO</w:t>
            </w:r>
          </w:p>
        </w:tc>
      </w:tr>
      <w:tr w:rsidR="008F5D67" w14:paraId="1CA52978" w14:textId="77777777">
        <w:trPr>
          <w:cantSplit/>
          <w:jc w:val="center"/>
        </w:trPr>
        <w:tc>
          <w:tcPr>
            <w:tcW w:w="7370" w:type="dxa"/>
            <w:vAlign w:val="center"/>
          </w:tcPr>
          <w:p w14:paraId="065BE82A" w14:textId="77777777" w:rsidR="008F5D67" w:rsidRPr="00085BF2" w:rsidRDefault="00000000">
            <w:pPr>
              <w:spacing w:after="20"/>
              <w:rPr>
                <w:lang w:val="it-IT"/>
              </w:rPr>
            </w:pPr>
            <w:r w:rsidRPr="00085BF2">
              <w:rPr>
                <w:sz w:val="16"/>
                <w:lang w:val="it-IT"/>
              </w:rPr>
              <w:t>Partecipazione volontaria ad attività dimostrative nei laboratori durante la realizzazione dei filmati.</w:t>
            </w:r>
          </w:p>
        </w:tc>
        <w:tc>
          <w:tcPr>
            <w:tcW w:w="964" w:type="dxa"/>
            <w:vAlign w:val="center"/>
          </w:tcPr>
          <w:p w14:paraId="0EE64610" w14:textId="77777777" w:rsidR="008F5D67" w:rsidRDefault="00000000">
            <w:pPr>
              <w:spacing w:after="20"/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964" w:type="dxa"/>
            <w:vAlign w:val="center"/>
          </w:tcPr>
          <w:p w14:paraId="331A8D22" w14:textId="77777777" w:rsidR="008F5D67" w:rsidRDefault="00000000">
            <w:pPr>
              <w:spacing w:after="20"/>
              <w:jc w:val="center"/>
            </w:pPr>
            <w:r>
              <w:rPr>
                <w:sz w:val="20"/>
              </w:rPr>
              <w:t>☐</w:t>
            </w:r>
          </w:p>
        </w:tc>
      </w:tr>
      <w:tr w:rsidR="008F5D67" w14:paraId="75B9EF36" w14:textId="77777777">
        <w:trPr>
          <w:cantSplit/>
          <w:jc w:val="center"/>
        </w:trPr>
        <w:tc>
          <w:tcPr>
            <w:tcW w:w="7370" w:type="dxa"/>
            <w:shd w:val="clear" w:color="auto" w:fill="F1F6FA"/>
            <w:vAlign w:val="center"/>
          </w:tcPr>
          <w:p w14:paraId="0734AB73" w14:textId="77777777" w:rsidR="008F5D67" w:rsidRPr="00085BF2" w:rsidRDefault="00000000">
            <w:pPr>
              <w:spacing w:after="20"/>
              <w:rPr>
                <w:lang w:val="it-IT"/>
              </w:rPr>
            </w:pPr>
            <w:r w:rsidRPr="00085BF2">
              <w:rPr>
                <w:sz w:val="16"/>
                <w:lang w:val="it-IT"/>
              </w:rPr>
              <w:t>Disponibilità alla ripresa riconoscibile (volto e/o voce), esclusivamente per lavorazione e valutazione interne, previa verifica di liceità da parte della scuola; nessuna diffusione con questa scelta.</w:t>
            </w:r>
          </w:p>
        </w:tc>
        <w:tc>
          <w:tcPr>
            <w:tcW w:w="964" w:type="dxa"/>
            <w:shd w:val="clear" w:color="auto" w:fill="F1F6FA"/>
            <w:vAlign w:val="center"/>
          </w:tcPr>
          <w:p w14:paraId="0AA21FDD" w14:textId="77777777" w:rsidR="008F5D67" w:rsidRDefault="00000000">
            <w:pPr>
              <w:spacing w:after="20"/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964" w:type="dxa"/>
            <w:shd w:val="clear" w:color="auto" w:fill="F1F6FA"/>
            <w:vAlign w:val="center"/>
          </w:tcPr>
          <w:p w14:paraId="08AD26E6" w14:textId="77777777" w:rsidR="008F5D67" w:rsidRDefault="00000000">
            <w:pPr>
              <w:spacing w:after="20"/>
              <w:jc w:val="center"/>
            </w:pPr>
            <w:r>
              <w:rPr>
                <w:sz w:val="20"/>
              </w:rPr>
              <w:t>☐</w:t>
            </w:r>
          </w:p>
        </w:tc>
      </w:tr>
      <w:tr w:rsidR="008F5D67" w14:paraId="7F55EAA6" w14:textId="77777777">
        <w:trPr>
          <w:cantSplit/>
          <w:jc w:val="center"/>
        </w:trPr>
        <w:tc>
          <w:tcPr>
            <w:tcW w:w="7370" w:type="dxa"/>
            <w:vAlign w:val="center"/>
          </w:tcPr>
          <w:p w14:paraId="791AEA84" w14:textId="77777777" w:rsidR="008F5D67" w:rsidRPr="00085BF2" w:rsidRDefault="00000000">
            <w:pPr>
              <w:spacing w:after="20"/>
              <w:rPr>
                <w:lang w:val="it-IT"/>
              </w:rPr>
            </w:pPr>
            <w:r w:rsidRPr="00085BF2">
              <w:rPr>
                <w:sz w:val="16"/>
                <w:lang w:val="it-IT"/>
              </w:rPr>
              <w:t>Disponibilità all’impiego di immagini rese effettivamente non identificative prima di un’eventuale pubblicazione sul sito e sui social ufficiali.</w:t>
            </w:r>
          </w:p>
        </w:tc>
        <w:tc>
          <w:tcPr>
            <w:tcW w:w="964" w:type="dxa"/>
            <w:vAlign w:val="center"/>
          </w:tcPr>
          <w:p w14:paraId="18A3CC8E" w14:textId="77777777" w:rsidR="008F5D67" w:rsidRDefault="00000000">
            <w:pPr>
              <w:spacing w:after="20"/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964" w:type="dxa"/>
            <w:vAlign w:val="center"/>
          </w:tcPr>
          <w:p w14:paraId="5EEB2E23" w14:textId="77777777" w:rsidR="008F5D67" w:rsidRDefault="00000000">
            <w:pPr>
              <w:spacing w:after="20"/>
              <w:jc w:val="center"/>
            </w:pPr>
            <w:r>
              <w:rPr>
                <w:sz w:val="20"/>
              </w:rPr>
              <w:t>☐</w:t>
            </w:r>
          </w:p>
        </w:tc>
      </w:tr>
    </w:tbl>
    <w:p w14:paraId="1E17DEC3" w14:textId="77777777" w:rsidR="00085BF2" w:rsidRDefault="00085BF2">
      <w:pPr>
        <w:spacing w:after="0"/>
        <w:rPr>
          <w:sz w:val="16"/>
          <w:lang w:val="it-IT"/>
        </w:rPr>
      </w:pPr>
    </w:p>
    <w:p w14:paraId="14C9AD71" w14:textId="77777777" w:rsidR="008F5D67" w:rsidRPr="00085BF2" w:rsidRDefault="00000000">
      <w:pPr>
        <w:spacing w:after="0"/>
        <w:rPr>
          <w:lang w:val="it-IT"/>
        </w:rPr>
      </w:pPr>
      <w:r w:rsidRPr="00085BF2">
        <w:rPr>
          <w:sz w:val="16"/>
          <w:lang w:val="it-IT"/>
        </w:rPr>
        <w:t>Il rifiuto non comporta conseguenze su voti, frequenza, attività didattiche o servizi scolastici. La volontà dello studente sarà comunque ascoltata. Prima di pubblicare i video, i docenti dovranno verificare che nessun minore sia identificabile, anche attraverso voce, abbigliamento, contesto o altri elementi, salvo autonoma positiva verifica giuridica del diverso trattamento.</w:t>
      </w:r>
    </w:p>
    <w:p w14:paraId="180F9049" w14:textId="77777777" w:rsidR="008F5D67" w:rsidRPr="00085BF2" w:rsidRDefault="00000000">
      <w:pPr>
        <w:spacing w:after="0"/>
        <w:rPr>
          <w:lang w:val="it-IT"/>
        </w:rPr>
      </w:pPr>
      <w:r w:rsidRPr="00085BF2">
        <w:rPr>
          <w:lang w:val="it-IT"/>
        </w:rPr>
        <w:br w:type="page"/>
      </w:r>
    </w:p>
    <w:p w14:paraId="281EF7E5" w14:textId="77777777" w:rsidR="008F5D67" w:rsidRPr="00085BF2" w:rsidRDefault="00000000">
      <w:pPr>
        <w:pStyle w:val="Titolo1"/>
        <w:rPr>
          <w:lang w:val="it-IT"/>
        </w:rPr>
      </w:pPr>
      <w:r w:rsidRPr="00085BF2">
        <w:rPr>
          <w:b w:val="0"/>
          <w:lang w:val="it-IT"/>
        </w:rPr>
        <w:lastRenderedPageBreak/>
        <w:t>4. Informazioni sul trattamento dei dati (art. 13 GDPR)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71"/>
        <w:gridCol w:w="7427"/>
      </w:tblGrid>
      <w:tr w:rsidR="008F5D67" w:rsidRPr="00D94E09" w14:paraId="08148221" w14:textId="77777777">
        <w:trPr>
          <w:cantSplit/>
          <w:jc w:val="center"/>
        </w:trPr>
        <w:tc>
          <w:tcPr>
            <w:tcW w:w="1871" w:type="dxa"/>
            <w:shd w:val="clear" w:color="auto" w:fill="E5EFF7"/>
            <w:vAlign w:val="center"/>
          </w:tcPr>
          <w:p w14:paraId="4718C895" w14:textId="77777777" w:rsidR="008F5D67" w:rsidRDefault="00000000">
            <w:pPr>
              <w:spacing w:after="20"/>
            </w:pPr>
            <w:proofErr w:type="spellStart"/>
            <w:r>
              <w:rPr>
                <w:b/>
                <w:sz w:val="16"/>
              </w:rPr>
              <w:t>Titolare</w:t>
            </w:r>
            <w:proofErr w:type="spellEnd"/>
          </w:p>
        </w:tc>
        <w:tc>
          <w:tcPr>
            <w:tcW w:w="7427" w:type="dxa"/>
            <w:vAlign w:val="center"/>
          </w:tcPr>
          <w:p w14:paraId="1CD3E568" w14:textId="77777777" w:rsidR="008F5D67" w:rsidRPr="00085BF2" w:rsidRDefault="00000000">
            <w:pPr>
              <w:spacing w:after="20"/>
              <w:rPr>
                <w:lang w:val="it-IT"/>
              </w:rPr>
            </w:pPr>
            <w:r w:rsidRPr="00085BF2">
              <w:rPr>
                <w:sz w:val="16"/>
                <w:lang w:val="it-IT"/>
              </w:rPr>
              <w:t>I.S.I.S. “Federico II” – Via Nazionale Appia, 81043 Capua (CE); C.M. CEIS044001; e-mail ceis044001@istruzione.it; PEC ceis044001@pec.istruzione.it.</w:t>
            </w:r>
          </w:p>
        </w:tc>
      </w:tr>
      <w:tr w:rsidR="008F5D67" w:rsidRPr="00D94E09" w14:paraId="34CA142E" w14:textId="77777777">
        <w:trPr>
          <w:cantSplit/>
          <w:jc w:val="center"/>
        </w:trPr>
        <w:tc>
          <w:tcPr>
            <w:tcW w:w="1871" w:type="dxa"/>
            <w:shd w:val="clear" w:color="auto" w:fill="E5EFF7"/>
            <w:vAlign w:val="center"/>
          </w:tcPr>
          <w:p w14:paraId="15D0DA12" w14:textId="77777777" w:rsidR="008F5D67" w:rsidRDefault="00000000">
            <w:pPr>
              <w:spacing w:after="20"/>
            </w:pPr>
            <w:r>
              <w:rPr>
                <w:b/>
                <w:sz w:val="16"/>
              </w:rPr>
              <w:t>RPD/DPO</w:t>
            </w:r>
          </w:p>
        </w:tc>
        <w:tc>
          <w:tcPr>
            <w:tcW w:w="7427" w:type="dxa"/>
            <w:shd w:val="clear" w:color="auto" w:fill="F6F8FB"/>
            <w:vAlign w:val="center"/>
          </w:tcPr>
          <w:p w14:paraId="084AB338" w14:textId="77777777" w:rsidR="008F5D67" w:rsidRPr="00085BF2" w:rsidRDefault="00000000">
            <w:pPr>
              <w:spacing w:after="20"/>
              <w:rPr>
                <w:lang w:val="it-IT"/>
              </w:rPr>
            </w:pPr>
            <w:r w:rsidRPr="00085BF2">
              <w:rPr>
                <w:sz w:val="16"/>
                <w:lang w:val="it-IT"/>
              </w:rPr>
              <w:t xml:space="preserve">Area Scuole </w:t>
            </w:r>
            <w:proofErr w:type="spellStart"/>
            <w:r w:rsidRPr="00085BF2">
              <w:rPr>
                <w:sz w:val="16"/>
                <w:lang w:val="it-IT"/>
              </w:rPr>
              <w:t>S.r.l.s</w:t>
            </w:r>
            <w:proofErr w:type="spellEnd"/>
            <w:r w:rsidRPr="00085BF2">
              <w:rPr>
                <w:sz w:val="16"/>
                <w:lang w:val="it-IT"/>
              </w:rPr>
              <w:t>. – dpo@areascuole.it.</w:t>
            </w:r>
          </w:p>
        </w:tc>
      </w:tr>
      <w:tr w:rsidR="008F5D67" w:rsidRPr="00D94E09" w14:paraId="30F568E9" w14:textId="77777777">
        <w:trPr>
          <w:cantSplit/>
          <w:jc w:val="center"/>
        </w:trPr>
        <w:tc>
          <w:tcPr>
            <w:tcW w:w="1871" w:type="dxa"/>
            <w:shd w:val="clear" w:color="auto" w:fill="E5EFF7"/>
            <w:vAlign w:val="center"/>
          </w:tcPr>
          <w:p w14:paraId="47750253" w14:textId="77777777" w:rsidR="008F5D67" w:rsidRDefault="00000000">
            <w:pPr>
              <w:spacing w:after="20"/>
            </w:pPr>
            <w:r>
              <w:rPr>
                <w:b/>
                <w:sz w:val="16"/>
              </w:rPr>
              <w:t xml:space="preserve">Dati e </w:t>
            </w:r>
            <w:proofErr w:type="spellStart"/>
            <w:r>
              <w:rPr>
                <w:b/>
                <w:sz w:val="16"/>
              </w:rPr>
              <w:t>finalità</w:t>
            </w:r>
            <w:proofErr w:type="spellEnd"/>
          </w:p>
        </w:tc>
        <w:tc>
          <w:tcPr>
            <w:tcW w:w="7427" w:type="dxa"/>
            <w:vAlign w:val="center"/>
          </w:tcPr>
          <w:p w14:paraId="6EE70D48" w14:textId="77777777" w:rsidR="008F5D67" w:rsidRPr="00085BF2" w:rsidRDefault="00000000">
            <w:pPr>
              <w:spacing w:after="20"/>
              <w:rPr>
                <w:lang w:val="it-IT"/>
              </w:rPr>
            </w:pPr>
            <w:r w:rsidRPr="00085BF2">
              <w:rPr>
                <w:sz w:val="16"/>
                <w:lang w:val="it-IT"/>
              </w:rPr>
              <w:t>Dati identificativi dello studente e degli esercenti la responsabilità genitoriale, classe, dichiarazioni di scelta; immagini e voce eventualmente registrate. Finalità: organizzazione e realizzazione del progetto di orientamento; montaggio e verifica interna del materiale; solo ove lecito, eventuale diffusione secondo condizioni da specificare.</w:t>
            </w:r>
          </w:p>
        </w:tc>
      </w:tr>
      <w:tr w:rsidR="008F5D67" w:rsidRPr="00D94E09" w14:paraId="7EBEE899" w14:textId="77777777">
        <w:trPr>
          <w:cantSplit/>
          <w:jc w:val="center"/>
        </w:trPr>
        <w:tc>
          <w:tcPr>
            <w:tcW w:w="1871" w:type="dxa"/>
            <w:shd w:val="clear" w:color="auto" w:fill="E5EFF7"/>
            <w:vAlign w:val="center"/>
          </w:tcPr>
          <w:p w14:paraId="51C67FE5" w14:textId="77777777" w:rsidR="008F5D67" w:rsidRDefault="00000000">
            <w:pPr>
              <w:spacing w:after="20"/>
            </w:pPr>
            <w:proofErr w:type="spellStart"/>
            <w:r>
              <w:rPr>
                <w:b/>
                <w:sz w:val="16"/>
              </w:rPr>
              <w:t>Destinatari</w:t>
            </w:r>
            <w:proofErr w:type="spellEnd"/>
            <w:r>
              <w:rPr>
                <w:b/>
                <w:sz w:val="16"/>
              </w:rPr>
              <w:t xml:space="preserve"> / </w:t>
            </w:r>
            <w:proofErr w:type="spellStart"/>
            <w:r>
              <w:rPr>
                <w:b/>
                <w:sz w:val="16"/>
              </w:rPr>
              <w:t>diffusione</w:t>
            </w:r>
            <w:proofErr w:type="spellEnd"/>
          </w:p>
        </w:tc>
        <w:tc>
          <w:tcPr>
            <w:tcW w:w="7427" w:type="dxa"/>
            <w:vAlign w:val="center"/>
          </w:tcPr>
          <w:p w14:paraId="6011BCA1" w14:textId="77777777" w:rsidR="00D94E09" w:rsidRDefault="00000000" w:rsidP="00D94E09">
            <w:pPr>
              <w:jc w:val="both"/>
              <w:rPr>
                <w:sz w:val="16"/>
                <w:lang w:val="it-IT"/>
              </w:rPr>
            </w:pPr>
            <w:r w:rsidRPr="00085BF2">
              <w:rPr>
                <w:sz w:val="16"/>
                <w:lang w:val="it-IT"/>
              </w:rPr>
              <w:t>Docenti e addetti formalmente autorizzati alla gestione dei filmati. Nessuna diffusione di immagini o voce riconoscibili del minore sulla sola base di questo modulo. Eventuali contenuti non identificativi potranno essere pubblicati sui canali ufficiali</w:t>
            </w:r>
          </w:p>
          <w:p w14:paraId="69AA26ED" w14:textId="2FDA2D89" w:rsidR="00D94E09" w:rsidRPr="00D94E09" w:rsidRDefault="00000000" w:rsidP="00D94E09">
            <w:pPr>
              <w:jc w:val="both"/>
              <w:rPr>
                <w:lang w:val="en-GB"/>
              </w:rPr>
            </w:pPr>
            <w:r w:rsidRPr="00D94E09">
              <w:rPr>
                <w:sz w:val="16"/>
                <w:lang w:val="en-GB"/>
              </w:rPr>
              <w:t xml:space="preserve"> </w:t>
            </w:r>
            <w:r w:rsidR="00D94E09" w:rsidRPr="00D94E09">
              <w:rPr>
                <w:b/>
                <w:bCs/>
                <w:lang w:val="en-GB"/>
              </w:rPr>
              <w:t xml:space="preserve">Facebook </w:t>
            </w:r>
            <w:hyperlink r:id="rId8" w:history="1">
              <w:r w:rsidR="00D94E09" w:rsidRPr="00D94E09">
                <w:rPr>
                  <w:rStyle w:val="Collegamentoipertestuale"/>
                  <w:lang w:val="en-GB"/>
                </w:rPr>
                <w:t>https://www.facebook.com/share/19jVzcbTw2/?mibextid=wwXIfr</w:t>
              </w:r>
            </w:hyperlink>
            <w:r w:rsidR="00D94E09" w:rsidRPr="00D94E09">
              <w:rPr>
                <w:lang w:val="en-GB"/>
              </w:rPr>
              <w:t xml:space="preserve"> </w:t>
            </w:r>
          </w:p>
          <w:p w14:paraId="47255872" w14:textId="3FA440D8" w:rsidR="008F5D67" w:rsidRPr="00085BF2" w:rsidRDefault="00D94E09" w:rsidP="00D94E09">
            <w:pPr>
              <w:spacing w:after="20"/>
              <w:rPr>
                <w:lang w:val="it-IT"/>
              </w:rPr>
            </w:pPr>
            <w:r w:rsidRPr="00D94E09">
              <w:rPr>
                <w:lang w:val="en-GB"/>
              </w:rPr>
              <w:t xml:space="preserve"> </w:t>
            </w:r>
            <w:r w:rsidRPr="00F83F05">
              <w:rPr>
                <w:b/>
                <w:bCs/>
                <w:lang w:val="it-IT"/>
              </w:rPr>
              <w:t xml:space="preserve">Instagram </w:t>
            </w:r>
            <w:r>
              <w:rPr>
                <w:lang w:val="it-IT"/>
              </w:rPr>
              <w:t xml:space="preserve"> </w:t>
            </w:r>
            <w:hyperlink r:id="rId9" w:history="1">
              <w:r w:rsidRPr="007D62F8">
                <w:rPr>
                  <w:rStyle w:val="Collegamentoipertestuale"/>
                  <w:lang w:val="it-IT"/>
                </w:rPr>
                <w:t>https://www.instagram.com/isis_federico_secondo?srtk=dmhkejl4eXI3Y2Ro</w:t>
              </w:r>
            </w:hyperlink>
          </w:p>
        </w:tc>
      </w:tr>
      <w:tr w:rsidR="008F5D67" w:rsidRPr="00D94E09" w14:paraId="56832B98" w14:textId="77777777">
        <w:trPr>
          <w:cantSplit/>
          <w:jc w:val="center"/>
        </w:trPr>
        <w:tc>
          <w:tcPr>
            <w:tcW w:w="1871" w:type="dxa"/>
            <w:shd w:val="clear" w:color="auto" w:fill="E5EFF7"/>
            <w:vAlign w:val="center"/>
          </w:tcPr>
          <w:p w14:paraId="7CEE37F4" w14:textId="77777777" w:rsidR="008F5D67" w:rsidRDefault="00000000">
            <w:pPr>
              <w:spacing w:after="20"/>
            </w:pPr>
            <w:proofErr w:type="spellStart"/>
            <w:r>
              <w:rPr>
                <w:b/>
                <w:sz w:val="16"/>
              </w:rPr>
              <w:t>Conservazione</w:t>
            </w:r>
            <w:proofErr w:type="spellEnd"/>
          </w:p>
        </w:tc>
        <w:tc>
          <w:tcPr>
            <w:tcW w:w="7427" w:type="dxa"/>
            <w:shd w:val="clear" w:color="auto" w:fill="F6F8FB"/>
            <w:vAlign w:val="center"/>
          </w:tcPr>
          <w:p w14:paraId="59E58DF1" w14:textId="164A33BA" w:rsidR="008F5D67" w:rsidRPr="00D94E09" w:rsidRDefault="00000000">
            <w:pPr>
              <w:spacing w:after="20"/>
              <w:rPr>
                <w:lang w:val="it-IT"/>
              </w:rPr>
            </w:pPr>
            <w:r w:rsidRPr="00085BF2">
              <w:rPr>
                <w:sz w:val="16"/>
                <w:lang w:val="it-IT"/>
              </w:rPr>
              <w:t>Materiali grezzi</w:t>
            </w:r>
            <w:r w:rsidR="00D94E09">
              <w:rPr>
                <w:sz w:val="16"/>
                <w:lang w:val="it-IT"/>
              </w:rPr>
              <w:t xml:space="preserve"> ;</w:t>
            </w:r>
            <w:r w:rsidRPr="00085BF2">
              <w:rPr>
                <w:sz w:val="16"/>
                <w:lang w:val="it-IT"/>
              </w:rPr>
              <w:t xml:space="preserve"> moduli e verifiche</w:t>
            </w:r>
            <w:r w:rsidR="00D94E09">
              <w:rPr>
                <w:sz w:val="16"/>
                <w:lang w:val="it-IT"/>
              </w:rPr>
              <w:t>;</w:t>
            </w:r>
            <w:r w:rsidRPr="00085BF2">
              <w:rPr>
                <w:sz w:val="16"/>
                <w:lang w:val="it-IT"/>
              </w:rPr>
              <w:t xml:space="preserve"> materiali pubblicati ove lecito</w:t>
            </w:r>
          </w:p>
        </w:tc>
      </w:tr>
      <w:tr w:rsidR="008F5D67" w:rsidRPr="00D94E09" w14:paraId="43E34094" w14:textId="77777777">
        <w:trPr>
          <w:cantSplit/>
          <w:jc w:val="center"/>
        </w:trPr>
        <w:tc>
          <w:tcPr>
            <w:tcW w:w="1871" w:type="dxa"/>
            <w:shd w:val="clear" w:color="auto" w:fill="E5EFF7"/>
            <w:vAlign w:val="center"/>
          </w:tcPr>
          <w:p w14:paraId="012C4648" w14:textId="77777777" w:rsidR="008F5D67" w:rsidRDefault="00000000">
            <w:pPr>
              <w:spacing w:after="20"/>
            </w:pPr>
            <w:proofErr w:type="spellStart"/>
            <w:r>
              <w:rPr>
                <w:b/>
                <w:sz w:val="16"/>
              </w:rPr>
              <w:t>Sicurezza</w:t>
            </w:r>
            <w:proofErr w:type="spellEnd"/>
          </w:p>
        </w:tc>
        <w:tc>
          <w:tcPr>
            <w:tcW w:w="7427" w:type="dxa"/>
            <w:vAlign w:val="center"/>
          </w:tcPr>
          <w:p w14:paraId="1A90E664" w14:textId="77777777" w:rsidR="008F5D67" w:rsidRPr="00085BF2" w:rsidRDefault="00000000">
            <w:pPr>
              <w:spacing w:after="20"/>
              <w:rPr>
                <w:lang w:val="it-IT"/>
              </w:rPr>
            </w:pPr>
            <w:r w:rsidRPr="00085BF2">
              <w:rPr>
                <w:sz w:val="16"/>
                <w:lang w:val="it-IT"/>
              </w:rPr>
              <w:t>Attrezzature e archivi autorizzati; accessi limitati al personale incaricato; nessuna condivisione su account o chat personali; verifica dei contenuti prima dell’eventuale pubblicazione.</w:t>
            </w:r>
          </w:p>
        </w:tc>
      </w:tr>
      <w:tr w:rsidR="008F5D67" w:rsidRPr="00D94E09" w14:paraId="63F1E647" w14:textId="77777777">
        <w:trPr>
          <w:cantSplit/>
          <w:jc w:val="center"/>
        </w:trPr>
        <w:tc>
          <w:tcPr>
            <w:tcW w:w="1871" w:type="dxa"/>
            <w:shd w:val="clear" w:color="auto" w:fill="E5EFF7"/>
            <w:vAlign w:val="center"/>
          </w:tcPr>
          <w:p w14:paraId="0031403A" w14:textId="77777777" w:rsidR="008F5D67" w:rsidRDefault="00000000">
            <w:pPr>
              <w:spacing w:after="20"/>
            </w:pPr>
            <w:proofErr w:type="spellStart"/>
            <w:r>
              <w:rPr>
                <w:b/>
                <w:sz w:val="16"/>
              </w:rPr>
              <w:t>Diritti</w:t>
            </w:r>
            <w:proofErr w:type="spellEnd"/>
            <w:r>
              <w:rPr>
                <w:b/>
                <w:sz w:val="16"/>
              </w:rPr>
              <w:t xml:space="preserve"> e </w:t>
            </w:r>
            <w:proofErr w:type="spellStart"/>
            <w:r>
              <w:rPr>
                <w:b/>
                <w:sz w:val="16"/>
              </w:rPr>
              <w:t>reclami</w:t>
            </w:r>
            <w:proofErr w:type="spellEnd"/>
          </w:p>
        </w:tc>
        <w:tc>
          <w:tcPr>
            <w:tcW w:w="7427" w:type="dxa"/>
            <w:shd w:val="clear" w:color="auto" w:fill="F6F8FB"/>
            <w:vAlign w:val="center"/>
          </w:tcPr>
          <w:p w14:paraId="7C79B3C1" w14:textId="77777777" w:rsidR="008F5D67" w:rsidRPr="00085BF2" w:rsidRDefault="00000000">
            <w:pPr>
              <w:spacing w:after="20"/>
              <w:rPr>
                <w:lang w:val="it-IT"/>
              </w:rPr>
            </w:pPr>
            <w:r w:rsidRPr="00085BF2">
              <w:rPr>
                <w:sz w:val="16"/>
                <w:lang w:val="it-IT"/>
              </w:rPr>
              <w:t>Diritti di cui agli artt. 15–22 GDPR, nei limiti applicabili, mediante richiesta ai recapiti del titolare o del DPO. Reclamo al Garante per la protezione dei dati personali: www.garanteprivacy.it.</w:t>
            </w:r>
          </w:p>
        </w:tc>
      </w:tr>
      <w:tr w:rsidR="008F5D67" w:rsidRPr="00D94E09" w14:paraId="0CF895CD" w14:textId="77777777">
        <w:trPr>
          <w:cantSplit/>
          <w:jc w:val="center"/>
        </w:trPr>
        <w:tc>
          <w:tcPr>
            <w:tcW w:w="1871" w:type="dxa"/>
            <w:shd w:val="clear" w:color="auto" w:fill="E5EFF7"/>
            <w:vAlign w:val="center"/>
          </w:tcPr>
          <w:p w14:paraId="521C2110" w14:textId="77777777" w:rsidR="008F5D67" w:rsidRDefault="00000000">
            <w:pPr>
              <w:spacing w:after="20"/>
            </w:pPr>
            <w:proofErr w:type="spellStart"/>
            <w:r>
              <w:rPr>
                <w:b/>
                <w:sz w:val="16"/>
              </w:rPr>
              <w:t>Conferimento</w:t>
            </w:r>
            <w:proofErr w:type="spellEnd"/>
          </w:p>
        </w:tc>
        <w:tc>
          <w:tcPr>
            <w:tcW w:w="7427" w:type="dxa"/>
            <w:vAlign w:val="center"/>
          </w:tcPr>
          <w:p w14:paraId="1C2D328A" w14:textId="77777777" w:rsidR="008F5D67" w:rsidRPr="00085BF2" w:rsidRDefault="00000000">
            <w:pPr>
              <w:spacing w:after="20"/>
              <w:rPr>
                <w:lang w:val="it-IT"/>
              </w:rPr>
            </w:pPr>
            <w:r w:rsidRPr="00085BF2">
              <w:rPr>
                <w:sz w:val="16"/>
                <w:lang w:val="it-IT"/>
              </w:rPr>
              <w:t>La partecipazione è facoltativa. In caso di rifiuto, lo studente non prenderà parte alle riprese previste; non sono previste conseguenze scolastiche né decisioni automatizzate.</w:t>
            </w:r>
          </w:p>
        </w:tc>
      </w:tr>
    </w:tbl>
    <w:p w14:paraId="37979FC2" w14:textId="77777777" w:rsidR="008F5D67" w:rsidRPr="00085BF2" w:rsidRDefault="00000000">
      <w:pPr>
        <w:pStyle w:val="Titolo1"/>
        <w:rPr>
          <w:lang w:val="it-IT"/>
        </w:rPr>
      </w:pPr>
      <w:r w:rsidRPr="00085BF2">
        <w:rPr>
          <w:b w:val="0"/>
          <w:lang w:val="it-IT"/>
        </w:rPr>
        <w:t>5. Dichiarazioni e firme</w:t>
      </w:r>
    </w:p>
    <w:p w14:paraId="4ED8977D" w14:textId="77777777" w:rsidR="008F5D67" w:rsidRPr="00085BF2" w:rsidRDefault="00000000">
      <w:pPr>
        <w:rPr>
          <w:lang w:val="it-IT"/>
        </w:rPr>
      </w:pPr>
      <w:r w:rsidRPr="00085BF2">
        <w:rPr>
          <w:sz w:val="17"/>
          <w:lang w:val="it-IT"/>
        </w:rPr>
        <w:t>Dichiariamo di aver preso visione dell’informativa e delle scelte espresse. Siamo consapevoli che l’eventuale ripresa riconoscibile e la pubblicazione online sono operazioni distinte e che il presente modulo non costituisce, da solo, un’autorizzazione sufficiente alla diffusione promozionale del minore.</w:t>
      </w:r>
    </w:p>
    <w:p w14:paraId="66387139" w14:textId="77777777" w:rsidR="008F5D67" w:rsidRDefault="00000000">
      <w:pPr>
        <w:spacing w:after="100"/>
        <w:rPr>
          <w:sz w:val="17"/>
          <w:lang w:val="it-IT"/>
        </w:rPr>
      </w:pPr>
      <w:r w:rsidRPr="00085BF2">
        <w:rPr>
          <w:sz w:val="17"/>
          <w:lang w:val="it-IT"/>
        </w:rPr>
        <w:t>Luogo e data __________________________________________</w:t>
      </w:r>
    </w:p>
    <w:p w14:paraId="1E5C773E" w14:textId="77777777" w:rsidR="00085BF2" w:rsidRPr="00085BF2" w:rsidRDefault="00085BF2">
      <w:pPr>
        <w:spacing w:after="100"/>
        <w:rPr>
          <w:lang w:val="it-IT"/>
        </w:rPr>
      </w:pPr>
    </w:p>
    <w:p w14:paraId="5C574FB3" w14:textId="77777777" w:rsidR="008F5D67" w:rsidRDefault="00000000">
      <w:pPr>
        <w:rPr>
          <w:sz w:val="16"/>
          <w:lang w:val="it-IT"/>
        </w:rPr>
      </w:pPr>
      <w:r w:rsidRPr="00085BF2">
        <w:rPr>
          <w:sz w:val="16"/>
          <w:lang w:val="it-IT"/>
        </w:rPr>
        <w:t>Firma genitore/esercente 1 ____________________________________     Firma genitore/esercente 2 ____________________________________</w:t>
      </w:r>
    </w:p>
    <w:p w14:paraId="1C997F7D" w14:textId="77777777" w:rsidR="00085BF2" w:rsidRPr="00085BF2" w:rsidRDefault="00085BF2">
      <w:pPr>
        <w:rPr>
          <w:lang w:val="it-IT"/>
        </w:rPr>
      </w:pPr>
    </w:p>
    <w:p w14:paraId="47BCA2BF" w14:textId="77777777" w:rsidR="008F5D67" w:rsidRDefault="00000000">
      <w:pPr>
        <w:rPr>
          <w:sz w:val="16"/>
          <w:lang w:val="it-IT"/>
        </w:rPr>
      </w:pPr>
      <w:r w:rsidRPr="00085BF2">
        <w:rPr>
          <w:sz w:val="16"/>
          <w:lang w:val="it-IT"/>
        </w:rPr>
        <w:t>Se firma un solo esercente: titolo legittimante / documentazione agli atti __________________________________________</w:t>
      </w:r>
    </w:p>
    <w:p w14:paraId="2ABC460A" w14:textId="77777777" w:rsidR="00085BF2" w:rsidRPr="00085BF2" w:rsidRDefault="00085BF2">
      <w:pPr>
        <w:rPr>
          <w:lang w:val="it-IT"/>
        </w:rPr>
      </w:pPr>
    </w:p>
    <w:p w14:paraId="13D7C082" w14:textId="77777777" w:rsidR="008F5D67" w:rsidRDefault="00000000">
      <w:pPr>
        <w:spacing w:after="60"/>
        <w:rPr>
          <w:sz w:val="16"/>
          <w:lang w:val="it-IT"/>
        </w:rPr>
      </w:pPr>
      <w:r w:rsidRPr="00085BF2">
        <w:rPr>
          <w:sz w:val="16"/>
          <w:lang w:val="it-IT"/>
        </w:rPr>
        <w:t>Volontà dello studente:   ☐ Desidero partecipare alle attività secondo le scelte indicate   ☐ Non desidero partecipare</w:t>
      </w:r>
    </w:p>
    <w:p w14:paraId="5700EAA8" w14:textId="77777777" w:rsidR="00085BF2" w:rsidRPr="00085BF2" w:rsidRDefault="00085BF2">
      <w:pPr>
        <w:spacing w:after="60"/>
        <w:rPr>
          <w:lang w:val="it-IT"/>
        </w:rPr>
      </w:pPr>
    </w:p>
    <w:p w14:paraId="5937080B" w14:textId="77777777" w:rsidR="008F5D67" w:rsidRPr="00085BF2" w:rsidRDefault="00000000">
      <w:pPr>
        <w:rPr>
          <w:lang w:val="it-IT"/>
        </w:rPr>
      </w:pPr>
      <w:r w:rsidRPr="00085BF2">
        <w:rPr>
          <w:sz w:val="16"/>
          <w:lang w:val="it-IT"/>
        </w:rPr>
        <w:t>Firma studente (ove appropriato) __________________________________________</w:t>
      </w:r>
    </w:p>
    <w:p w14:paraId="2F3C861C" w14:textId="77777777" w:rsidR="008F5D67" w:rsidRDefault="008F5D67">
      <w:pPr>
        <w:spacing w:after="0"/>
      </w:pPr>
    </w:p>
    <w:sectPr w:rsidR="008F5D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62" w:right="1162" w:bottom="879" w:left="1162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7A54F" w14:textId="77777777" w:rsidR="00B1789D" w:rsidRDefault="00B1789D">
      <w:pPr>
        <w:spacing w:after="0" w:line="240" w:lineRule="auto"/>
      </w:pPr>
      <w:r>
        <w:separator/>
      </w:r>
    </w:p>
  </w:endnote>
  <w:endnote w:type="continuationSeparator" w:id="0">
    <w:p w14:paraId="25E3E909" w14:textId="77777777" w:rsidR="00B1789D" w:rsidRDefault="00B17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D20C" w14:textId="77777777" w:rsidR="00A14287" w:rsidRDefault="00A1428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1D012" w14:textId="73DEAA92" w:rsidR="008F5D67" w:rsidRDefault="00A14287">
    <w:pPr>
      <w:pStyle w:val="Pidipagina"/>
      <w:jc w:val="center"/>
      <w:rPr>
        <w:lang w:val="it-IT"/>
      </w:rPr>
    </w:pPr>
    <w:r>
      <w:rPr>
        <w:noProof/>
        <w:color w:val="717986"/>
        <w:sz w:val="15"/>
        <w:lang w:val="it-IT"/>
      </w:rPr>
      <w:drawing>
        <wp:inline distT="0" distB="0" distL="0" distR="0" wp14:anchorId="40428DAA" wp14:editId="53890B4E">
          <wp:extent cx="6084570" cy="673735"/>
          <wp:effectExtent l="0" t="0" r="0" b="0"/>
          <wp:docPr id="18409153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91539" name="Immagine 18409153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4570" cy="673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 w:rsidRPr="00085BF2">
      <w:rPr>
        <w:color w:val="717986"/>
        <w:sz w:val="15"/>
        <w:lang w:val="it-IT"/>
      </w:rPr>
      <w:t>I.S.I.S. “Federico II”  •  Orientamento in entrata  •  Modello B – studenti minorenni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E8F2E" w14:textId="77777777" w:rsidR="00A14287" w:rsidRDefault="00A142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1ED10" w14:textId="77777777" w:rsidR="00B1789D" w:rsidRDefault="00B1789D">
      <w:pPr>
        <w:spacing w:after="0" w:line="240" w:lineRule="auto"/>
      </w:pPr>
      <w:r>
        <w:separator/>
      </w:r>
    </w:p>
  </w:footnote>
  <w:footnote w:type="continuationSeparator" w:id="0">
    <w:p w14:paraId="37EA8B19" w14:textId="77777777" w:rsidR="00B1789D" w:rsidRDefault="00B17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F361" w14:textId="77777777" w:rsidR="00A14287" w:rsidRDefault="00A1428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27A18" w14:textId="77777777" w:rsidR="00085BF2" w:rsidRDefault="00085BF2" w:rsidP="00085BF2">
    <w:pPr>
      <w:jc w:val="center"/>
      <w:rPr>
        <w:color w:val="000000"/>
        <w:sz w:val="32"/>
        <w:szCs w:val="32"/>
      </w:rPr>
    </w:pPr>
    <w:r w:rsidRPr="00C94889">
      <w:rPr>
        <w:rFonts w:cs="Calibri"/>
        <w:b/>
        <w:noProof/>
      </w:rPr>
      <w:drawing>
        <wp:inline distT="0" distB="0" distL="0" distR="0" wp14:anchorId="5D7E3836" wp14:editId="4E3F645B">
          <wp:extent cx="426681" cy="481119"/>
          <wp:effectExtent l="0" t="0" r="5715" b="1905"/>
          <wp:docPr id="1" name="image2.png" descr="Immagine che contiene gioco, baseball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9798" cy="4846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CE2AB76" w14:textId="77777777" w:rsidR="00085BF2" w:rsidRDefault="00085BF2" w:rsidP="00085BF2">
    <w:pPr>
      <w:pStyle w:val="Normale1"/>
      <w:spacing w:line="264" w:lineRule="auto"/>
      <w:jc w:val="center"/>
      <w:rPr>
        <w:rFonts w:ascii="Calibri" w:eastAsia="Calibri" w:hAnsi="Calibri" w:cs="Calibri"/>
        <w:b/>
        <w:sz w:val="24"/>
        <w:szCs w:val="24"/>
      </w:rPr>
    </w:pPr>
    <w:r>
      <w:rPr>
        <w:rFonts w:ascii="Calibri" w:eastAsia="Calibri" w:hAnsi="Calibri" w:cs="Calibri"/>
        <w:b/>
        <w:sz w:val="20"/>
        <w:szCs w:val="24"/>
      </w:rPr>
      <w:t>Ministero dell’Istruzione e del Merito</w:t>
    </w:r>
  </w:p>
  <w:p w14:paraId="5A924E84" w14:textId="066A6C3D" w:rsidR="008F5D67" w:rsidRDefault="00D94E09">
    <w:pPr>
      <w:pStyle w:val="Intestazione"/>
      <w:rPr>
        <w:lang w:val="it-IT"/>
      </w:rPr>
    </w:pPr>
    <w:r>
      <w:rPr>
        <w:noProof/>
        <w:lang w:val="it-IT"/>
      </w:rPr>
      <w:drawing>
        <wp:inline distT="0" distB="0" distL="0" distR="0" wp14:anchorId="3BC7210D" wp14:editId="2B9BD607">
          <wp:extent cx="6084570" cy="1614170"/>
          <wp:effectExtent l="0" t="0" r="0" b="5080"/>
          <wp:docPr id="17824844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484478" name="Immagine 178248447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084570" cy="1614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94B0B" w14:textId="77777777" w:rsidR="00A14287" w:rsidRDefault="00A1428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8754864">
    <w:abstractNumId w:val="8"/>
  </w:num>
  <w:num w:numId="2" w16cid:durableId="1702707155">
    <w:abstractNumId w:val="6"/>
  </w:num>
  <w:num w:numId="3" w16cid:durableId="248077253">
    <w:abstractNumId w:val="5"/>
  </w:num>
  <w:num w:numId="4" w16cid:durableId="2086606713">
    <w:abstractNumId w:val="4"/>
  </w:num>
  <w:num w:numId="5" w16cid:durableId="209928561">
    <w:abstractNumId w:val="7"/>
  </w:num>
  <w:num w:numId="6" w16cid:durableId="174612598">
    <w:abstractNumId w:val="3"/>
  </w:num>
  <w:num w:numId="7" w16cid:durableId="1084649812">
    <w:abstractNumId w:val="2"/>
  </w:num>
  <w:num w:numId="8" w16cid:durableId="1408649448">
    <w:abstractNumId w:val="1"/>
  </w:num>
  <w:num w:numId="9" w16cid:durableId="2013679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BF2"/>
    <w:rsid w:val="000C3622"/>
    <w:rsid w:val="00136F96"/>
    <w:rsid w:val="0015074B"/>
    <w:rsid w:val="00234622"/>
    <w:rsid w:val="0029639D"/>
    <w:rsid w:val="00326F90"/>
    <w:rsid w:val="003F775E"/>
    <w:rsid w:val="008F5D67"/>
    <w:rsid w:val="00A14287"/>
    <w:rsid w:val="00A818AB"/>
    <w:rsid w:val="00AA1D8D"/>
    <w:rsid w:val="00B1789D"/>
    <w:rsid w:val="00B31494"/>
    <w:rsid w:val="00B47730"/>
    <w:rsid w:val="00B71A17"/>
    <w:rsid w:val="00CA3600"/>
    <w:rsid w:val="00CB0664"/>
    <w:rsid w:val="00D44C5A"/>
    <w:rsid w:val="00D94E09"/>
    <w:rsid w:val="00DD26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FEA5E3"/>
  <w14:defaultImageDpi w14:val="300"/>
  <w15:docId w15:val="{71C7CFD0-8D02-2349-B440-E4F1BA17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9" w:lineRule="auto"/>
    </w:pPr>
    <w:rPr>
      <w:rFonts w:ascii="Aptos" w:hAnsi="Aptos"/>
      <w:color w:val="202836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80" w:after="70"/>
      <w:outlineLvl w:val="0"/>
    </w:pPr>
    <w:rPr>
      <w:rFonts w:asciiTheme="majorHAnsi" w:eastAsiaTheme="majorEastAsia" w:hAnsiTheme="majorHAnsi" w:cstheme="majorBidi"/>
      <w:b/>
      <w:bCs/>
      <w:color w:val="1D4A75"/>
      <w:sz w:val="21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63558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80" w:line="240" w:lineRule="auto"/>
      <w:contextualSpacing/>
    </w:pPr>
    <w:rPr>
      <w:rFonts w:asciiTheme="majorHAnsi" w:eastAsiaTheme="majorEastAsia" w:hAnsiTheme="majorHAnsi" w:cstheme="majorBidi"/>
      <w:b/>
      <w:color w:val="173657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e1">
    <w:name w:val="Normale1"/>
    <w:rsid w:val="00B31494"/>
    <w:pPr>
      <w:spacing w:after="0"/>
    </w:pPr>
    <w:rPr>
      <w:rFonts w:ascii="Arial" w:eastAsia="Arial" w:hAnsi="Arial" w:cs="Arial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D94E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19jVzcbTw2/?mibextid=wwXIf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isis_federico_secondo?srtk=dmhkejl4eXI3Y2Ro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progetto orientamento – I.S.I.S. Federico II Capua</dc:title>
  <dc:subject/>
  <dc:creator>Microsoft Office User</dc:creator>
  <cp:keywords/>
  <dc:description>generated by python-docx</dc:description>
  <cp:lastModifiedBy>carmela parente</cp:lastModifiedBy>
  <cp:revision>3</cp:revision>
  <dcterms:created xsi:type="dcterms:W3CDTF">2026-10-29T00:49:00Z</dcterms:created>
  <dcterms:modified xsi:type="dcterms:W3CDTF">2026-10-29T00:49:00Z</dcterms:modified>
  <cp:category/>
</cp:coreProperties>
</file>